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color w:val="101C33"/>
          <w:sz w:val="32"/>
        </w:rPr>
        <w:t>[Company name]</w:t>
      </w:r>
    </w:p>
    <w:p>
      <w:pPr>
        <w:spacing w:after="40" w:before="0"/>
      </w:pPr>
      <w:r>
        <w:rPr>
          <w:b w:val="0"/>
          <w:color w:val="5B6577"/>
          <w:sz w:val="19"/>
        </w:rPr>
        <w:t>[Company address]</w:t>
      </w:r>
    </w:p>
    <w:p>
      <w:pPr>
        <w:spacing w:after="240" w:before="0"/>
        <w:pBdr>
          <w:bottom w:val="single" w:sz="8" w:space="4" w:color="101C33"/>
        </w:pBdr>
      </w:pPr>
      <w:r>
        <w:rPr>
          <w:b w:val="0"/>
        </w:rPr>
      </w:r>
    </w:p>
    <w:p>
      <w:pPr>
        <w:spacing w:after="120" w:before="0"/>
      </w:pPr>
      <w:r>
        <w:rPr>
          <w:b w:val="0"/>
        </w:rPr>
        <w:t>Ref: [reference]</w:t>
        <w:br/>
        <w:t>[Date]</w:t>
      </w:r>
    </w:p>
    <w:p>
      <w:pPr>
        <w:spacing w:after="120" w:before="0"/>
      </w:pPr>
      <w:r>
        <w:rPr>
          <w:b w:val="0"/>
        </w:rPr>
        <w:t>[Candidate full name]</w:t>
        <w:br/>
        <w:t>[Candidate address]</w:t>
      </w:r>
    </w:p>
    <w:p>
      <w:pPr>
        <w:spacing w:after="120" w:before="0"/>
      </w:pPr>
      <w:r>
        <w:rPr>
          <w:b w:val="0"/>
        </w:rPr>
        <w:t>Dear [first name],</w:t>
      </w:r>
    </w:p>
    <w:p>
      <w:pPr>
        <w:spacing w:after="120" w:before="0"/>
      </w:pPr>
      <w:r>
        <w:rPr>
          <w:b/>
        </w:rPr>
        <w:t>Letter of offer: [Job title]</w:t>
      </w:r>
    </w:p>
    <w:p>
      <w:pPr>
        <w:spacing w:after="120" w:before="0"/>
      </w:pPr>
      <w:r>
        <w:rPr>
          <w:b w:val="0"/>
        </w:rPr>
        <w:t>We are pleased to offer you the position of [Job title] in the [Department] team at [Company name], reporting to [Manager]. This letter sets out the main terms of our offer.</w:t>
      </w:r>
    </w:p>
    <w:p>
      <w:pPr>
        <w:spacing w:after="80" w:before="200"/>
      </w:pPr>
      <w:r>
        <w:rPr>
          <w:b/>
          <w:color w:val="101C33"/>
          <w:sz w:val="23"/>
        </w:rPr>
        <w:t>1. Position and start date</w:t>
      </w:r>
    </w:p>
    <w:p>
      <w:pPr>
        <w:spacing w:after="120" w:before="0"/>
      </w:pPr>
      <w:r>
        <w:rPr>
          <w:b w:val="0"/>
        </w:rPr>
        <w:t>Your employment will start on [start date]. This is a permanent, [full-time / part-time] position [or: a fixed-term position ending on [end date]]. Your place of work will be [address].</w:t>
      </w:r>
    </w:p>
    <w:p>
      <w:pPr>
        <w:spacing w:after="120" w:before="0"/>
      </w:pPr>
      <w:r>
        <w:rPr>
          <w:b w:val="0"/>
        </w:rPr>
        <w:t>Your employment is covered by the [award or enterprise agreement] and you are classified at [level]. Where this letter and the award differ, the award applies if it is more favourable to you.</w:t>
      </w:r>
    </w:p>
    <w:p>
      <w:pPr>
        <w:spacing w:after="120" w:before="0"/>
      </w:pPr>
      <w:r>
        <w:rPr>
          <w:b w:val="0"/>
        </w:rPr>
        <w:t>In this role you will [main duties].</w:t>
      </w:r>
    </w:p>
    <w:p>
      <w:pPr>
        <w:spacing w:after="80" w:before="200"/>
      </w:pPr>
      <w:r>
        <w:rPr>
          <w:b/>
          <w:color w:val="101C33"/>
          <w:sz w:val="23"/>
        </w:rPr>
        <w:t>2. Pay</w:t>
      </w:r>
    </w:p>
    <w:p>
      <w:pPr>
        <w:spacing w:after="120" w:before="0"/>
      </w:pPr>
      <w:r>
        <w:rPr>
          <w:b w:val="0"/>
        </w:rPr>
        <w:t>Your starting salary will be $[amount] a year (gross) plus superannuation at the super guarantee rate (currently 12% of ordinary time earnings), paid to the fund you choose or your stapled fund, paid [fortnightly].</w:t>
      </w:r>
    </w:p>
    <w:p>
      <w:pPr>
        <w:spacing w:after="80" w:before="200"/>
      </w:pPr>
      <w:r>
        <w:rPr>
          <w:b/>
          <w:color w:val="101C33"/>
          <w:sz w:val="23"/>
        </w:rPr>
        <w:t>3. Probation</w:t>
      </w:r>
    </w:p>
    <w:p>
      <w:pPr>
        <w:spacing w:after="120" w:before="0"/>
      </w:pPr>
      <w:r>
        <w:rPr>
          <w:b w:val="0"/>
        </w:rPr>
        <w:t>The first [probation period] of your employment are a probationary period, during which your performance and suitability will be reviewed. During probation, either party may end your employment by giving [notice during probation] notice.</w:t>
      </w:r>
    </w:p>
    <w:p>
      <w:pPr>
        <w:spacing w:after="80" w:before="200"/>
      </w:pPr>
      <w:r>
        <w:rPr>
          <w:b/>
          <w:color w:val="101C33"/>
          <w:sz w:val="23"/>
        </w:rPr>
        <w:t>4. Working hours</w:t>
      </w:r>
    </w:p>
    <w:p>
      <w:pPr>
        <w:spacing w:after="120" w:before="0"/>
      </w:pPr>
      <w:r>
        <w:rPr>
          <w:b w:val="0"/>
        </w:rPr>
        <w:t>Your ordinary hours are [38] hours a week, [days and times], plus reasonable additional hours as the National Employment Standards allow.</w:t>
      </w:r>
    </w:p>
    <w:p>
      <w:pPr>
        <w:spacing w:after="80" w:before="200"/>
      </w:pPr>
      <w:r>
        <w:rPr>
          <w:b/>
          <w:color w:val="101C33"/>
          <w:sz w:val="23"/>
        </w:rPr>
        <w:t>5. Leave</w:t>
      </w:r>
    </w:p>
    <w:p>
      <w:pPr>
        <w:spacing w:after="120" w:before="0"/>
      </w:pPr>
      <w:r>
        <w:rPr>
          <w:b w:val="0"/>
        </w:rPr>
        <w:t>You are entitled to [20] days (4 weeks for a full-time employee) of paid annual leave a year, in line with the National Employment Standards, and 10 days of paid personal/carer’s leave a year.</w:t>
      </w:r>
    </w:p>
    <w:p>
      <w:pPr>
        <w:spacing w:after="80" w:before="200"/>
      </w:pPr>
      <w:r>
        <w:rPr>
          <w:b/>
          <w:color w:val="101C33"/>
          <w:sz w:val="23"/>
        </w:rPr>
        <w:t>6. Benefits</w:t>
      </w:r>
    </w:p>
    <w:p>
      <w:pPr>
        <w:pStyle w:val="ListBullet"/>
      </w:pPr>
      <w:r>
        <w:t>[Benefit 1]</w:t>
      </w:r>
    </w:p>
    <w:p>
      <w:pPr>
        <w:pStyle w:val="ListBullet"/>
      </w:pPr>
      <w:r>
        <w:t>[Benefit 2]</w:t>
      </w:r>
    </w:p>
    <w:p>
      <w:pPr>
        <w:spacing w:after="80" w:before="200"/>
      </w:pPr>
      <w:r>
        <w:rPr>
          <w:b/>
          <w:color w:val="101C33"/>
          <w:sz w:val="23"/>
        </w:rPr>
        <w:t>7. Notice period</w:t>
      </w:r>
    </w:p>
    <w:p>
      <w:pPr>
        <w:spacing w:after="120" w:before="0"/>
      </w:pPr>
      <w:r>
        <w:rPr>
          <w:b w:val="0"/>
        </w:rPr>
        <w:t>After probation, either party may end your employment by giving [notice period] written notice, or the notice required by the National Employment Standards if longer (one to four weeks depending on service, plus one week if you are over 45 with at least two years’ service). The Company may end your employment without notice for serious misconduct.</w:t>
      </w:r>
    </w:p>
    <w:p>
      <w:pPr>
        <w:spacing w:after="80" w:before="200"/>
      </w:pPr>
      <w:r>
        <w:rPr>
          <w:b/>
          <w:color w:val="101C33"/>
          <w:sz w:val="23"/>
        </w:rPr>
        <w:t>8. Conditions of this offer</w:t>
      </w:r>
    </w:p>
    <w:p>
      <w:pPr>
        <w:spacing w:after="120" w:before="0"/>
      </w:pPr>
      <w:r>
        <w:rPr>
          <w:b w:val="0"/>
        </w:rPr>
        <w:t>This offer is conditional on:</w:t>
      </w:r>
    </w:p>
    <w:p>
      <w:pPr>
        <w:pStyle w:val="ListBullet"/>
      </w:pPr>
      <w:r>
        <w:t>Proof of your right to work in Australia;</w:t>
      </w:r>
    </w:p>
    <w:p>
      <w:pPr>
        <w:pStyle w:val="ListBullet"/>
      </w:pPr>
      <w:r>
        <w:t>Satisfactory reference checks.</w:t>
      </w:r>
    </w:p>
    <w:p>
      <w:pPr>
        <w:spacing w:after="120" w:before="80"/>
      </w:pPr>
      <w:r>
        <w:rPr>
          <w:b w:val="0"/>
        </w:rPr>
        <w:t>If any condition is not met, the Company may withdraw this offer.</w:t>
      </w:r>
    </w:p>
    <w:p>
      <w:pPr>
        <w:spacing w:after="80" w:before="200"/>
      </w:pPr>
      <w:r>
        <w:rPr>
          <w:b/>
          <w:color w:val="101C33"/>
          <w:sz w:val="23"/>
        </w:rPr>
        <w:t>9. Legal and statutory terms</w:t>
      </w:r>
    </w:p>
    <w:p>
      <w:pPr>
        <w:spacing w:after="120" w:before="0"/>
      </w:pPr>
      <w:r>
        <w:rPr>
          <w:b w:val="0"/>
        </w:rPr>
        <w:t>Your employment is subject to the Fair Work Act 2009 and the National Employment Standards [and the award]. Nothing in this letter reduces your entitlements under them. With this letter we enclose the Fair Work Information Statement [and, for casual employees, the Casual Employment Information Statement / for fixed-term employees, the Fixed Term Contract Information Statement].</w:t>
      </w:r>
    </w:p>
    <w:p>
      <w:pPr>
        <w:spacing w:after="80" w:before="200"/>
      </w:pPr>
      <w:r>
        <w:rPr>
          <w:b/>
          <w:color w:val="101C33"/>
          <w:sz w:val="23"/>
        </w:rPr>
        <w:t>10. Acceptance</w:t>
      </w:r>
    </w:p>
    <w:p>
      <w:pPr>
        <w:spacing w:after="120" w:before="0"/>
      </w:pPr>
      <w:r>
        <w:rPr>
          <w:b w:val="0"/>
        </w:rPr>
        <w:t>Please confirm your acceptance by signing and returning a copy of this letter by [date]. If we have not received your acceptance by then, this offer will lapse.</w:t>
      </w:r>
    </w:p>
    <w:p>
      <w:pPr>
        <w:spacing w:after="120" w:before="0"/>
      </w:pPr>
      <w:r>
        <w:rPr>
          <w:b w:val="0"/>
        </w:rPr>
        <w:t>We look forward to welcoming you to [Company name].</w:t>
      </w:r>
    </w:p>
    <w:p>
      <w:pPr>
        <w:spacing w:after="600" w:before="0"/>
      </w:pPr>
      <w:r>
        <w:rPr>
          <w:b w:val="0"/>
        </w:rPr>
        <w:t>Yours sincerely,</w:t>
      </w:r>
    </w:p>
    <w:p>
      <w:pPr>
        <w:spacing w:after="40" w:before="0"/>
      </w:pPr>
      <w:r>
        <w:rPr>
          <w:b w:val="0"/>
        </w:rPr>
        <w:t>______________________</w:t>
      </w:r>
    </w:p>
    <w:p>
      <w:pPr>
        <w:spacing w:after="0" w:before="0"/>
      </w:pPr>
      <w:r>
        <w:rPr>
          <w:b/>
        </w:rPr>
        <w:t>[Name]</w:t>
      </w:r>
    </w:p>
    <w:p>
      <w:pPr>
        <w:spacing w:after="0" w:before="0"/>
      </w:pPr>
      <w:r>
        <w:rPr>
          <w:b w:val="0"/>
        </w:rPr>
        <w:t>[Job title]</w:t>
      </w:r>
    </w:p>
    <w:p>
      <w:pPr>
        <w:spacing w:after="360" w:before="0"/>
      </w:pPr>
      <w:r>
        <w:rPr>
          <w:b w:val="0"/>
        </w:rPr>
        <w:t>[Company name]</w:t>
      </w:r>
    </w:p>
    <w:p>
      <w:pPr>
        <w:spacing w:after="120" w:before="240"/>
      </w:pPr>
      <w:r>
        <w:rPr>
          <w:b/>
        </w:rPr>
        <w:t>Acceptance of offer</w:t>
      </w:r>
    </w:p>
    <w:p>
      <w:pPr>
        <w:spacing w:after="120" w:before="0"/>
      </w:pPr>
      <w:r>
        <w:rPr>
          <w:b w:val="0"/>
        </w:rPr>
        <w:t>I, [Candidate full name], accept this offer of employment on the terms set out in this letter.</w:t>
      </w:r>
    </w:p>
    <w:p>
      <w:pPr>
        <w:spacing w:after="120" w:before="480"/>
      </w:pPr>
      <w:r>
        <w:rPr>
          <w:b w:val="0"/>
        </w:rPr>
        <w:t>Signature: ______________________          Date: ______________</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 – Australia</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