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101C33"/>
          <w:sz w:val="32"/>
        </w:rPr>
        <w:t>[Company name]</w:t>
      </w:r>
    </w:p>
    <w:p>
      <w:pPr>
        <w:spacing w:after="40" w:before="0"/>
      </w:pPr>
      <w:r>
        <w:rPr>
          <w:b w:val="0"/>
          <w:color w:val="5B6577"/>
          <w:sz w:val="19"/>
        </w:rPr>
        <w:t>[Company address]</w:t>
      </w:r>
    </w:p>
    <w:p>
      <w:pPr>
        <w:spacing w:after="240" w:before="0"/>
        <w:pBdr>
          <w:bottom w:val="single" w:sz="8" w:space="4" w:color="101C33"/>
        </w:pBdr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Ref: [reference]</w:t>
        <w:br/>
        <w:t>[Date]</w:t>
      </w:r>
    </w:p>
    <w:p>
      <w:pPr>
        <w:spacing w:after="120" w:before="0"/>
      </w:pPr>
      <w:r>
        <w:rPr>
          <w:b w:val="0"/>
        </w:rPr>
        <w:t>[Candidate full name]</w:t>
        <w:br/>
        <w:t>[Candidate address]</w:t>
      </w:r>
    </w:p>
    <w:p>
      <w:pPr>
        <w:spacing w:after="120" w:before="0"/>
      </w:pPr>
      <w:r>
        <w:rPr>
          <w:b w:val="0"/>
        </w:rPr>
        <w:t>Dear [first name],</w:t>
      </w:r>
    </w:p>
    <w:p>
      <w:pPr>
        <w:spacing w:after="120" w:before="0"/>
      </w:pPr>
      <w:r>
        <w:rPr>
          <w:b/>
        </w:rPr>
        <w:t>Offer of employment: [Job title]</w:t>
      </w:r>
    </w:p>
    <w:p>
      <w:pPr>
        <w:spacing w:after="120" w:before="0"/>
      </w:pPr>
      <w:r>
        <w:rPr>
          <w:b w:val="0"/>
        </w:rPr>
        <w:t>We are pleased to offer you the position of [Job title] in the [Department] team at [Company name], reporting to [Manager]. This letter sets out the main terms of our offer.</w:t>
      </w:r>
    </w:p>
    <w:p>
      <w:pPr>
        <w:spacing w:after="80" w:before="200"/>
      </w:pPr>
      <w:r>
        <w:rPr>
          <w:b/>
          <w:color w:val="101C33"/>
          <w:sz w:val="23"/>
        </w:rPr>
        <w:t>1. Position and start date</w:t>
      </w:r>
    </w:p>
    <w:p>
      <w:pPr>
        <w:spacing w:after="120" w:before="0"/>
      </w:pPr>
      <w:r>
        <w:rPr>
          <w:b w:val="0"/>
        </w:rPr>
        <w:t>Your employment will start on [start date]. This is a permanent, [full-time / part-time] position [or: a fixed-term position ending on [end date]]. Your place of work will be [address].</w:t>
      </w:r>
    </w:p>
    <w:p>
      <w:pPr>
        <w:spacing w:after="120" w:before="0"/>
      </w:pPr>
      <w:r>
        <w:rPr>
          <w:b w:val="0"/>
        </w:rPr>
        <w:t>In this role you will [main duties].</w:t>
      </w:r>
    </w:p>
    <w:p>
      <w:pPr>
        <w:spacing w:after="80" w:before="200"/>
      </w:pPr>
      <w:r>
        <w:rPr>
          <w:b/>
          <w:color w:val="101C33"/>
          <w:sz w:val="23"/>
        </w:rPr>
        <w:t>2. Pay</w:t>
      </w:r>
    </w:p>
    <w:p>
      <w:pPr>
        <w:spacing w:after="120" w:before="0"/>
      </w:pPr>
      <w:r>
        <w:rPr>
          <w:b w:val="0"/>
        </w:rPr>
        <w:t>Your starting salary will be $[amount] a year (gross), paid [every two weeks]. Statutory deductions (CPP or QPP, EI and income tax) will be made from your pay.</w:t>
      </w:r>
    </w:p>
    <w:p>
      <w:pPr>
        <w:spacing w:after="80" w:before="200"/>
      </w:pPr>
      <w:r>
        <w:rPr>
          <w:b/>
          <w:color w:val="101C33"/>
          <w:sz w:val="23"/>
        </w:rPr>
        <w:t>3. Probation</w:t>
      </w:r>
    </w:p>
    <w:p>
      <w:pPr>
        <w:spacing w:after="120" w:before="0"/>
      </w:pPr>
      <w:r>
        <w:rPr>
          <w:b w:val="0"/>
        </w:rPr>
        <w:t>The first [probation period] of your employment are a probationary period, during which your performance and suitability will be reviewed. During probation, either party may end your employment by giving [notice during probation] notice.</w:t>
      </w:r>
    </w:p>
    <w:p>
      <w:pPr>
        <w:spacing w:after="80" w:before="200"/>
      </w:pPr>
      <w:r>
        <w:rPr>
          <w:b/>
          <w:color w:val="101C33"/>
          <w:sz w:val="23"/>
        </w:rPr>
        <w:t>4. Working hours</w:t>
      </w:r>
    </w:p>
    <w:p>
      <w:pPr>
        <w:spacing w:after="120" w:before="0"/>
      </w:pPr>
      <w:r>
        <w:rPr>
          <w:b w:val="0"/>
        </w:rPr>
        <w:t>Your normal working hours are [40] hours a week, [days and times].</w:t>
      </w:r>
    </w:p>
    <w:p>
      <w:pPr>
        <w:spacing w:after="80" w:before="200"/>
      </w:pPr>
      <w:r>
        <w:rPr>
          <w:b/>
          <w:color w:val="101C33"/>
          <w:sz w:val="23"/>
        </w:rPr>
        <w:t>5. Leave</w:t>
      </w:r>
    </w:p>
    <w:p>
      <w:pPr>
        <w:spacing w:after="120" w:before="0"/>
      </w:pPr>
      <w:r>
        <w:rPr>
          <w:b w:val="0"/>
        </w:rPr>
        <w:t>You will receive [number] days of paid vacation a year, and never less than the employment standards of [province] require, plus statutory holidays.</w:t>
      </w:r>
    </w:p>
    <w:p>
      <w:pPr>
        <w:spacing w:after="80" w:before="200"/>
      </w:pPr>
      <w:r>
        <w:rPr>
          <w:b/>
          <w:color w:val="101C33"/>
          <w:sz w:val="23"/>
        </w:rPr>
        <w:t>6. Benefits</w:t>
      </w:r>
    </w:p>
    <w:p>
      <w:pPr>
        <w:pStyle w:val="ListBullet"/>
      </w:pPr>
      <w:r>
        <w:t>[Benefit 1]</w:t>
      </w:r>
    </w:p>
    <w:p>
      <w:pPr>
        <w:pStyle w:val="ListBullet"/>
      </w:pPr>
      <w:r>
        <w:t>[Benefit 2]</w:t>
      </w:r>
    </w:p>
    <w:p>
      <w:pPr>
        <w:spacing w:after="80" w:before="200"/>
      </w:pPr>
      <w:r>
        <w:rPr>
          <w:b/>
          <w:color w:val="101C33"/>
          <w:sz w:val="23"/>
        </w:rPr>
        <w:t>7. Notice period</w:t>
      </w:r>
    </w:p>
    <w:p>
      <w:pPr>
        <w:spacing w:after="120" w:before="0"/>
      </w:pPr>
      <w:r>
        <w:rPr>
          <w:b w:val="0"/>
        </w:rPr>
        <w:t>You are asked to give [two weeks’] written notice of resignation. If the Company ends your employment without cause, it will give you at least the notice or pay in lieu required by the employment standards of [province].</w:t>
      </w:r>
    </w:p>
    <w:p>
      <w:pPr>
        <w:spacing w:after="80" w:before="200"/>
      </w:pPr>
      <w:r>
        <w:rPr>
          <w:b/>
          <w:color w:val="101C33"/>
          <w:sz w:val="23"/>
        </w:rPr>
        <w:t>8. Conditions of this offer</w:t>
      </w:r>
    </w:p>
    <w:p>
      <w:pPr>
        <w:spacing w:after="120" w:before="0"/>
      </w:pPr>
      <w:r>
        <w:rPr>
          <w:b w:val="0"/>
        </w:rPr>
        <w:t>This offer is conditional on:</w:t>
      </w:r>
    </w:p>
    <w:p>
      <w:pPr>
        <w:pStyle w:val="ListBullet"/>
      </w:pPr>
      <w:r>
        <w:t>Proof that you are legally entitled to work in Canada;</w:t>
      </w:r>
    </w:p>
    <w:p>
      <w:pPr>
        <w:pStyle w:val="ListBullet"/>
      </w:pPr>
      <w:r>
        <w:t>A satisfactory background check, with your consent.</w:t>
      </w:r>
    </w:p>
    <w:p>
      <w:pPr>
        <w:spacing w:after="120" w:before="80"/>
      </w:pPr>
      <w:r>
        <w:rPr>
          <w:b w:val="0"/>
        </w:rPr>
        <w:t>If any condition is not met, the Company may withdraw this offer.</w:t>
      </w:r>
    </w:p>
    <w:p>
      <w:pPr>
        <w:spacing w:after="80" w:before="200"/>
      </w:pPr>
      <w:r>
        <w:rPr>
          <w:b/>
          <w:color w:val="101C33"/>
          <w:sz w:val="23"/>
        </w:rPr>
        <w:t>9. Legal and statutory terms</w:t>
      </w:r>
    </w:p>
    <w:p>
      <w:pPr>
        <w:spacing w:after="120" w:before="0"/>
      </w:pPr>
      <w:r>
        <w:rPr>
          <w:b w:val="0"/>
        </w:rPr>
        <w:t>Your employment is subject to the employment standards legislation of [province]. If any term of this letter gives you less than those minimum standards, the minimum standards apply instead.</w:t>
      </w:r>
    </w:p>
    <w:p>
      <w:pPr>
        <w:spacing w:after="80" w:before="200"/>
      </w:pPr>
      <w:r>
        <w:rPr>
          <w:b/>
          <w:color w:val="101C33"/>
          <w:sz w:val="23"/>
        </w:rPr>
        <w:t>10. Acceptance</w:t>
      </w:r>
    </w:p>
    <w:p>
      <w:pPr>
        <w:spacing w:after="120" w:before="0"/>
      </w:pPr>
      <w:r>
        <w:rPr>
          <w:b w:val="0"/>
        </w:rPr>
        <w:t>Please confirm your acceptance by signing and returning a copy of this letter by [date]. If we have not received your acceptance by then, this offer will lapse.</w:t>
      </w:r>
    </w:p>
    <w:p>
      <w:pPr>
        <w:spacing w:after="120" w:before="0"/>
      </w:pPr>
      <w:r>
        <w:rPr>
          <w:b w:val="0"/>
        </w:rPr>
        <w:t>We look forward to welcoming you to [Company name].</w:t>
      </w:r>
    </w:p>
    <w:p>
      <w:pPr>
        <w:spacing w:after="600" w:before="0"/>
      </w:pPr>
      <w:r>
        <w:rPr>
          <w:b w:val="0"/>
        </w:rPr>
        <w:t>Yours sincerely,</w:t>
      </w:r>
    </w:p>
    <w:p>
      <w:pPr>
        <w:spacing w:after="40" w:before="0"/>
      </w:pPr>
      <w:r>
        <w:rPr>
          <w:b w:val="0"/>
        </w:rPr>
        <w:t>______________________</w:t>
      </w:r>
    </w:p>
    <w:p>
      <w:pPr>
        <w:spacing w:after="0" w:before="0"/>
      </w:pPr>
      <w:r>
        <w:rPr>
          <w:b/>
        </w:rPr>
        <w:t>[Name]</w:t>
      </w:r>
    </w:p>
    <w:p>
      <w:pPr>
        <w:spacing w:after="0" w:before="0"/>
      </w:pPr>
      <w:r>
        <w:rPr>
          <w:b w:val="0"/>
        </w:rPr>
        <w:t>[Job title]</w:t>
      </w:r>
    </w:p>
    <w:p>
      <w:pPr>
        <w:spacing w:after="360" w:before="0"/>
      </w:pPr>
      <w:r>
        <w:rPr>
          <w:b w:val="0"/>
        </w:rPr>
        <w:t>[Company name]</w:t>
      </w:r>
    </w:p>
    <w:p>
      <w:pPr>
        <w:spacing w:after="120" w:before="240"/>
      </w:pPr>
      <w:r>
        <w:rPr>
          <w:b/>
        </w:rPr>
        <w:t>Acceptance of offer</w:t>
      </w:r>
    </w:p>
    <w:p>
      <w:pPr>
        <w:spacing w:after="120" w:before="0"/>
      </w:pPr>
      <w:r>
        <w:rPr>
          <w:b w:val="0"/>
        </w:rPr>
        <w:t>I, [Candidate full name], accept this offer of employment on the terms set out in this letter.</w:t>
      </w:r>
    </w:p>
    <w:p>
      <w:pPr>
        <w:spacing w:after="120" w:before="480"/>
      </w:pPr>
      <w:r>
        <w:rPr>
          <w:b w:val="0"/>
        </w:rPr>
        <w:t>Signature: ______________________          Date: ______________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template – Canada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