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color w:val="101C33"/>
          <w:sz w:val="32"/>
        </w:rPr>
        <w:t>[Company name]</w:t>
      </w:r>
    </w:p>
    <w:p>
      <w:pPr>
        <w:spacing w:after="40" w:before="0"/>
      </w:pPr>
      <w:r>
        <w:rPr>
          <w:b w:val="0"/>
          <w:color w:val="5B6577"/>
          <w:sz w:val="19"/>
        </w:rPr>
        <w:t>[Company address]</w:t>
      </w:r>
    </w:p>
    <w:p>
      <w:pPr>
        <w:spacing w:after="240" w:before="0"/>
        <w:pBdr>
          <w:bottom w:val="single" w:sz="8" w:space="4" w:color="101C33"/>
        </w:pBdr>
      </w:pPr>
      <w:r>
        <w:rPr>
          <w:b w:val="0"/>
        </w:rPr>
      </w:r>
    </w:p>
    <w:p>
      <w:pPr>
        <w:spacing w:after="120" w:before="0"/>
      </w:pPr>
      <w:r>
        <w:rPr>
          <w:b w:val="0"/>
        </w:rPr>
        <w:t>Ref: [reference]</w:t>
        <w:br/>
        <w:t>[Date]</w:t>
      </w:r>
    </w:p>
    <w:p>
      <w:pPr>
        <w:spacing w:after="120" w:before="0"/>
      </w:pPr>
      <w:r>
        <w:rPr>
          <w:b w:val="0"/>
        </w:rPr>
        <w:t>[Candidate full name]</w:t>
        <w:br/>
        <w:t>[Candidate address]</w:t>
      </w:r>
    </w:p>
    <w:p>
      <w:pPr>
        <w:spacing w:after="120" w:before="0"/>
      </w:pPr>
      <w:r>
        <w:rPr>
          <w:b/>
        </w:rPr>
        <w:t>Private and confidential</w:t>
      </w:r>
    </w:p>
    <w:p>
      <w:pPr>
        <w:spacing w:after="120" w:before="0"/>
      </w:pPr>
      <w:r>
        <w:rPr>
          <w:b w:val="0"/>
        </w:rPr>
        <w:t>Dear [first name],</w:t>
      </w:r>
    </w:p>
    <w:p>
      <w:pPr>
        <w:spacing w:after="120" w:before="0"/>
      </w:pPr>
      <w:r>
        <w:rPr>
          <w:b/>
        </w:rPr>
        <w:t>Offer of employment: [Job title]</w:t>
      </w:r>
    </w:p>
    <w:p>
      <w:pPr>
        <w:spacing w:after="120" w:before="0"/>
      </w:pPr>
      <w:r>
        <w:rPr>
          <w:b w:val="0"/>
        </w:rPr>
        <w:t>We are pleased to offer you the position of [Job title] in the [Department] team at [Company name], reporting to [Manager]. This letter sets out the main terms of our offer.</w:t>
      </w:r>
    </w:p>
    <w:p>
      <w:pPr>
        <w:spacing w:after="80" w:before="200"/>
      </w:pPr>
      <w:r>
        <w:rPr>
          <w:b/>
          <w:color w:val="101C33"/>
          <w:sz w:val="23"/>
        </w:rPr>
        <w:t>1. Position and start date</w:t>
      </w:r>
    </w:p>
    <w:p>
      <w:pPr>
        <w:spacing w:after="120" w:before="0"/>
      </w:pPr>
      <w:r>
        <w:rPr>
          <w:b w:val="0"/>
        </w:rPr>
        <w:t>Your employment will start on [start date]. This is a permanent, [full-time / part-time] position [or: a fixed-term position ending on [end date]]. Your place of work will be [address].</w:t>
      </w:r>
    </w:p>
    <w:p>
      <w:pPr>
        <w:spacing w:after="120" w:before="0"/>
      </w:pPr>
      <w:r>
        <w:rPr>
          <w:b w:val="0"/>
        </w:rPr>
        <w:t>In this role you will [main duties].</w:t>
      </w:r>
    </w:p>
    <w:p>
      <w:pPr>
        <w:spacing w:after="80" w:before="200"/>
      </w:pPr>
      <w:r>
        <w:rPr>
          <w:b/>
          <w:color w:val="101C33"/>
          <w:sz w:val="23"/>
        </w:rPr>
        <w:t>2. Compensation</w:t>
      </w:r>
    </w:p>
    <w:p>
      <w:pPr>
        <w:spacing w:after="120" w:before="0"/>
      </w:pPr>
      <w:r>
        <w:rPr>
          <w:b w:val="0"/>
        </w:rPr>
        <w:t>Your annual cost to company (CTC) will be ₹[amount] (Rupees [amount in words] Only), paid monthly after statutory deductions. The breakdown is below.</w:t>
      </w:r>
    </w:p>
    <w:tbl>
      <w:tblPr>
        <w:tblStyle w:val="TableGrid"/>
        <w:tblW w:type="auto" w:w="0"/>
        <w:tblLook w:firstColumn="1" w:firstRow="1" w:lastColumn="0" w:lastRow="0" w:noHBand="0" w:noVBand="1" w:val="04A0"/>
      </w:tblPr>
      <w:tblGrid>
        <w:gridCol w:w="3213"/>
        <w:gridCol w:w="3213"/>
        <w:gridCol w:w="3213"/>
      </w:tblGrid>
      <w:tr>
        <w:tc>
          <w:tcPr>
            <w:tcW w:type="dxa" w:w="3213"/>
            <w:shd w:val="clear" w:color="auto" w:fill="101C33"/>
          </w:tcPr>
          <w:p>
            <w:r>
              <w:rPr>
                <w:b/>
                <w:color w:val="FFFFFF"/>
              </w:rPr>
              <w:t>Component</w:t>
            </w:r>
          </w:p>
        </w:tc>
        <w:tc>
          <w:tcPr>
            <w:tcW w:type="dxa" w:w="3213"/>
            <w:shd w:val="clear" w:color="auto" w:fill="101C33"/>
          </w:tcPr>
          <w:p>
            <w:pPr>
              <w:jc w:val="right"/>
            </w:pPr>
            <w:r>
              <w:rPr>
                <w:b/>
                <w:color w:val="FFFFFF"/>
              </w:rPr>
              <w:t>Monthly (INR)</w:t>
            </w:r>
          </w:p>
        </w:tc>
        <w:tc>
          <w:tcPr>
            <w:tcW w:type="dxa" w:w="3213"/>
            <w:shd w:val="clear" w:color="auto" w:fill="101C33"/>
          </w:tcPr>
          <w:p>
            <w:pPr>
              <w:jc w:val="right"/>
            </w:pPr>
            <w:r>
              <w:rPr>
                <w:b/>
                <w:color w:val="FFFFFF"/>
              </w:rPr>
              <w:t>Yearly (INR)</w:t>
            </w:r>
          </w:p>
        </w:tc>
      </w:tr>
      <w:tr>
        <w:tc>
          <w:tcPr>
            <w:tcW w:type="dxa" w:w="3213"/>
          </w:tcPr>
          <w:p>
            <w:r>
              <w:t>Basic salary</w:t>
            </w:r>
          </w:p>
        </w:tc>
        <w:tc>
          <w:tcPr>
            <w:tcW w:type="dxa" w:w="3213"/>
          </w:tcPr>
          <w:p>
            <w:pPr>
              <w:jc w:val="right"/>
            </w:pPr>
            <w:r/>
          </w:p>
        </w:tc>
        <w:tc>
          <w:tcPr>
            <w:tcW w:type="dxa" w:w="3213"/>
          </w:tcPr>
          <w:p>
            <w:pPr>
              <w:jc w:val="right"/>
            </w:pPr>
            <w:r/>
          </w:p>
        </w:tc>
      </w:tr>
      <w:tr>
        <w:tc>
          <w:tcPr>
            <w:tcW w:type="dxa" w:w="3213"/>
          </w:tcPr>
          <w:p>
            <w:r>
              <w:t>House rent allowance (HRA)</w:t>
            </w:r>
          </w:p>
        </w:tc>
        <w:tc>
          <w:tcPr>
            <w:tcW w:type="dxa" w:w="3213"/>
          </w:tcPr>
          <w:p>
            <w:pPr>
              <w:jc w:val="right"/>
            </w:pPr>
            <w:r/>
          </w:p>
        </w:tc>
        <w:tc>
          <w:tcPr>
            <w:tcW w:type="dxa" w:w="3213"/>
          </w:tcPr>
          <w:p>
            <w:pPr>
              <w:jc w:val="right"/>
            </w:pPr>
            <w:r/>
          </w:p>
        </w:tc>
      </w:tr>
      <w:tr>
        <w:tc>
          <w:tcPr>
            <w:tcW w:type="dxa" w:w="3213"/>
          </w:tcPr>
          <w:p>
            <w:r>
              <w:t>Special allowance</w:t>
            </w:r>
          </w:p>
        </w:tc>
        <w:tc>
          <w:tcPr>
            <w:tcW w:type="dxa" w:w="3213"/>
          </w:tcPr>
          <w:p>
            <w:pPr>
              <w:jc w:val="right"/>
            </w:pPr>
            <w:r/>
          </w:p>
        </w:tc>
        <w:tc>
          <w:tcPr>
            <w:tcW w:type="dxa" w:w="3213"/>
          </w:tcPr>
          <w:p>
            <w:pPr>
              <w:jc w:val="right"/>
            </w:pPr>
            <w:r/>
          </w:p>
        </w:tc>
      </w:tr>
      <w:tr>
        <w:tc>
          <w:tcPr>
            <w:tcW w:type="dxa" w:w="3213"/>
          </w:tcPr>
          <w:p>
            <w:r>
              <w:t>Employer PF contribution</w:t>
            </w:r>
          </w:p>
        </w:tc>
        <w:tc>
          <w:tcPr>
            <w:tcW w:type="dxa" w:w="3213"/>
          </w:tcPr>
          <w:p>
            <w:pPr>
              <w:jc w:val="right"/>
            </w:pPr>
            <w:r/>
          </w:p>
        </w:tc>
        <w:tc>
          <w:tcPr>
            <w:tcW w:type="dxa" w:w="3213"/>
          </w:tcPr>
          <w:p>
            <w:pPr>
              <w:jc w:val="right"/>
            </w:pPr>
            <w:r/>
          </w:p>
        </w:tc>
      </w:tr>
      <w:tr>
        <w:tc>
          <w:tcPr>
            <w:tcW w:type="dxa" w:w="3213"/>
          </w:tcPr>
          <w:p>
            <w:r>
              <w:t>Gratuity</w:t>
            </w:r>
          </w:p>
        </w:tc>
        <w:tc>
          <w:tcPr>
            <w:tcW w:type="dxa" w:w="3213"/>
          </w:tcPr>
          <w:p>
            <w:pPr>
              <w:jc w:val="right"/>
            </w:pPr>
            <w:r/>
          </w:p>
        </w:tc>
        <w:tc>
          <w:tcPr>
            <w:tcW w:type="dxa" w:w="3213"/>
          </w:tcPr>
          <w:p>
            <w:pPr>
              <w:jc w:val="right"/>
            </w:pPr>
            <w:r/>
          </w:p>
        </w:tc>
      </w:tr>
      <w:tr>
        <w:tc>
          <w:tcPr>
            <w:tcW w:type="dxa" w:w="3213"/>
            <w:shd w:val="clear" w:color="auto" w:fill="EEF1F5"/>
          </w:tcPr>
          <w:p>
            <w:r>
              <w:rPr>
                <w:b/>
              </w:rPr>
              <w:t>Total CTC</w:t>
            </w:r>
          </w:p>
        </w:tc>
        <w:tc>
          <w:tcPr>
            <w:tcW w:type="dxa" w:w="3213"/>
            <w:shd w:val="clear" w:color="auto" w:fill="EEF1F5"/>
          </w:tcPr>
          <w:p>
            <w:pPr>
              <w:jc w:val="right"/>
            </w:pPr>
            <w:r>
              <w:rPr>
                <w:b/>
              </w:rPr>
            </w:r>
          </w:p>
        </w:tc>
        <w:tc>
          <w:tcPr>
            <w:tcW w:type="dxa" w:w="3213"/>
            <w:shd w:val="clear" w:color="auto" w:fill="EEF1F5"/>
          </w:tcPr>
          <w:p>
            <w:pPr>
              <w:jc w:val="right"/>
            </w:pPr>
            <w:r>
              <w:rPr>
                <w:b/>
              </w:rPr>
            </w:r>
          </w:p>
        </w:tc>
      </w:tr>
    </w:tbl>
    <w:p>
      <w:pPr>
        <w:spacing w:after="40" w:before="0"/>
      </w:pPr>
      <w:r>
        <w:rPr>
          <w:b w:val="0"/>
        </w:rPr>
      </w:r>
    </w:p>
    <w:p>
      <w:pPr>
        <w:spacing w:after="120" w:before="0"/>
      </w:pPr>
      <w:r>
        <w:rPr>
          <w:b w:val="0"/>
        </w:rPr>
        <w:t>Employee contributions to the Provident Fund, ESI (where applicable), professional tax and income tax (TDS) will be deducted from your salary as the law requires. The employer’s PF contribution and gratuity are part of your CTC and are not paid out monthly.</w:t>
      </w:r>
    </w:p>
    <w:p>
      <w:pPr>
        <w:spacing w:after="80" w:before="200"/>
      </w:pPr>
      <w:r>
        <w:rPr>
          <w:b/>
          <w:color w:val="101C33"/>
          <w:sz w:val="23"/>
        </w:rPr>
        <w:t>3. Probation</w:t>
      </w:r>
    </w:p>
    <w:p>
      <w:pPr>
        <w:spacing w:after="120" w:before="0"/>
      </w:pPr>
      <w:r>
        <w:rPr>
          <w:b w:val="0"/>
        </w:rPr>
        <w:t>You will be on probation for [period] from your date of joining. Your confirmation will be communicated to you in writing. During probation, either party may end the employment by giving [notice] written notice.</w:t>
      </w:r>
    </w:p>
    <w:p>
      <w:pPr>
        <w:spacing w:after="80" w:before="200"/>
      </w:pPr>
      <w:r>
        <w:rPr>
          <w:b/>
          <w:color w:val="101C33"/>
          <w:sz w:val="23"/>
        </w:rPr>
        <w:t>4. Working hours</w:t>
      </w:r>
    </w:p>
    <w:p>
      <w:pPr>
        <w:spacing w:after="120" w:before="0"/>
      </w:pPr>
      <w:r>
        <w:rPr>
          <w:b w:val="0"/>
        </w:rPr>
        <w:t>Your normal working hours are [number] hours a week, [days and times]. Working hours are in line with the Occupational Safety, Health and Working Conditions Code, 2020, which limits normal hours to 48 a week.</w:t>
      </w:r>
    </w:p>
    <w:p>
      <w:pPr>
        <w:spacing w:after="80" w:before="200"/>
      </w:pPr>
      <w:r>
        <w:rPr>
          <w:b/>
          <w:color w:val="101C33"/>
          <w:sz w:val="23"/>
        </w:rPr>
        <w:t>5. Leave</w:t>
      </w:r>
    </w:p>
    <w:p>
      <w:pPr>
        <w:spacing w:after="120" w:before="0"/>
      </w:pPr>
      <w:r>
        <w:rPr>
          <w:b w:val="0"/>
        </w:rPr>
        <w:t>You are entitled to [number] days of earned (annual) leave a year, in line with company policy and the Labour Codes, plus [casual / sick leave and holidays].</w:t>
      </w:r>
    </w:p>
    <w:p>
      <w:pPr>
        <w:spacing w:after="80" w:before="200"/>
      </w:pPr>
      <w:r>
        <w:rPr>
          <w:b/>
          <w:color w:val="101C33"/>
          <w:sz w:val="23"/>
        </w:rPr>
        <w:t>6. Benefits</w:t>
      </w:r>
    </w:p>
    <w:p>
      <w:pPr>
        <w:pStyle w:val="ListBullet"/>
      </w:pPr>
      <w:r>
        <w:t>[Benefit 1]</w:t>
      </w:r>
    </w:p>
    <w:p>
      <w:pPr>
        <w:pStyle w:val="ListBullet"/>
      </w:pPr>
      <w:r>
        <w:t>[Benefit 2]</w:t>
      </w:r>
    </w:p>
    <w:p>
      <w:pPr>
        <w:spacing w:after="80" w:before="200"/>
      </w:pPr>
      <w:r>
        <w:rPr>
          <w:b/>
          <w:color w:val="101C33"/>
          <w:sz w:val="23"/>
        </w:rPr>
        <w:t>7. Notice period</w:t>
      </w:r>
    </w:p>
    <w:p>
      <w:pPr>
        <w:spacing w:after="120" w:before="0"/>
      </w:pPr>
      <w:r>
        <w:rPr>
          <w:b w:val="0"/>
        </w:rPr>
        <w:t>After confirmation, either party may end your employment by giving [notice period] written notice, or salary in lieu of the notice period. The Company may end your employment without notice for serious misconduct.</w:t>
      </w:r>
    </w:p>
    <w:p>
      <w:pPr>
        <w:spacing w:after="80" w:before="200"/>
      </w:pPr>
      <w:r>
        <w:rPr>
          <w:b/>
          <w:color w:val="101C33"/>
          <w:sz w:val="23"/>
        </w:rPr>
        <w:t>8. Conditions of this offer</w:t>
      </w:r>
    </w:p>
    <w:p>
      <w:pPr>
        <w:spacing w:after="120" w:before="0"/>
      </w:pPr>
      <w:r>
        <w:rPr>
          <w:b w:val="0"/>
        </w:rPr>
        <w:t>This offer is conditional on:</w:t>
      </w:r>
    </w:p>
    <w:p>
      <w:pPr>
        <w:pStyle w:val="ListBullet"/>
      </w:pPr>
      <w:r>
        <w:t>Satisfactory background verification and reference checks;</w:t>
      </w:r>
    </w:p>
    <w:p>
      <w:pPr>
        <w:pStyle w:val="ListBullet"/>
      </w:pPr>
      <w:r>
        <w:t>Copies of your PAN, Aadhaar, educational certificates and relieving letter from your last employer;</w:t>
      </w:r>
    </w:p>
    <w:p>
      <w:pPr>
        <w:pStyle w:val="ListBullet"/>
      </w:pPr>
      <w:r>
        <w:t>Signing our confidentiality and intellectual property agreement.</w:t>
      </w:r>
    </w:p>
    <w:p>
      <w:pPr>
        <w:spacing w:after="120" w:before="80"/>
      </w:pPr>
      <w:r>
        <w:rPr>
          <w:b w:val="0"/>
        </w:rPr>
        <w:t>If any condition is not met, the Company may withdraw this offer.</w:t>
      </w:r>
    </w:p>
    <w:p>
      <w:pPr>
        <w:spacing w:after="80" w:before="200"/>
      </w:pPr>
      <w:r>
        <w:rPr>
          <w:b/>
          <w:color w:val="101C33"/>
          <w:sz w:val="23"/>
        </w:rPr>
        <w:t>9. Legal and statutory terms</w:t>
      </w:r>
    </w:p>
    <w:p>
      <w:pPr>
        <w:spacing w:after="120" w:before="0"/>
      </w:pPr>
      <w:r>
        <w:rPr>
          <w:b w:val="0"/>
        </w:rPr>
        <w:t>You will be covered by the Employees’ Provident Fund and, where eligible, the Employees’ State Insurance scheme. Gratuity will be paid as the Code on Social Security, 2020 provides. On joining you will receive your appointment letter, as required under the Labour Codes, and the Company’s policies and standing orders will apply to your employment.</w:t>
      </w:r>
    </w:p>
    <w:p>
      <w:pPr>
        <w:spacing w:after="80" w:before="200"/>
      </w:pPr>
      <w:r>
        <w:rPr>
          <w:b/>
          <w:color w:val="101C33"/>
          <w:sz w:val="23"/>
        </w:rPr>
        <w:t>10. Acceptance</w:t>
      </w:r>
    </w:p>
    <w:p>
      <w:pPr>
        <w:spacing w:after="120" w:before="0"/>
      </w:pPr>
      <w:r>
        <w:rPr>
          <w:b w:val="0"/>
        </w:rPr>
        <w:t>Please confirm your acceptance by signing and returning a copy of this letter by [date]. If we have not received your acceptance by then, this offer will lapse.</w:t>
      </w:r>
    </w:p>
    <w:p>
      <w:pPr>
        <w:spacing w:after="120" w:before="0"/>
      </w:pPr>
      <w:r>
        <w:rPr>
          <w:b w:val="0"/>
        </w:rPr>
        <w:t>We look forward to welcoming you to [Company name].</w:t>
      </w:r>
    </w:p>
    <w:p>
      <w:pPr>
        <w:spacing w:after="600" w:before="0"/>
      </w:pPr>
      <w:r>
        <w:rPr>
          <w:b w:val="0"/>
        </w:rPr>
        <w:t>Yours sincerely,</w:t>
      </w:r>
    </w:p>
    <w:p>
      <w:pPr>
        <w:spacing w:after="40" w:before="0"/>
      </w:pPr>
      <w:r>
        <w:rPr>
          <w:b w:val="0"/>
        </w:rPr>
        <w:t>______________________</w:t>
      </w:r>
    </w:p>
    <w:p>
      <w:pPr>
        <w:spacing w:after="0" w:before="0"/>
      </w:pPr>
      <w:r>
        <w:rPr>
          <w:b/>
        </w:rPr>
        <w:t>[Name]</w:t>
      </w:r>
    </w:p>
    <w:p>
      <w:pPr>
        <w:spacing w:after="0" w:before="0"/>
      </w:pPr>
      <w:r>
        <w:rPr>
          <w:b w:val="0"/>
        </w:rPr>
        <w:t>[Job title]</w:t>
      </w:r>
    </w:p>
    <w:p>
      <w:pPr>
        <w:spacing w:after="360" w:before="0"/>
      </w:pPr>
      <w:r>
        <w:rPr>
          <w:b w:val="0"/>
        </w:rPr>
        <w:t>[Company name]</w:t>
      </w:r>
    </w:p>
    <w:p>
      <w:pPr>
        <w:spacing w:after="120" w:before="240"/>
      </w:pPr>
      <w:r>
        <w:rPr>
          <w:b/>
        </w:rPr>
        <w:t>Acceptance of offer</w:t>
      </w:r>
    </w:p>
    <w:p>
      <w:pPr>
        <w:spacing w:after="120" w:before="0"/>
      </w:pPr>
      <w:r>
        <w:rPr>
          <w:b w:val="0"/>
        </w:rPr>
        <w:t>I, [Candidate full name], accept this offer of employment on the terms set out in this letter.</w:t>
      </w:r>
    </w:p>
    <w:p>
      <w:pPr>
        <w:spacing w:after="120" w:before="480"/>
      </w:pPr>
      <w:r>
        <w:rPr>
          <w:b w:val="0"/>
        </w:rPr>
        <w:t>Signature: ______________________          Date: ______________</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template – India</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