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efore="0"/>
      </w:pPr>
      <w:r>
        <w:rPr>
          <w:b/>
          <w:color w:val="101C33"/>
          <w:sz w:val="32"/>
        </w:rPr>
        <w:t>[Company name]</w:t>
      </w:r>
    </w:p>
    <w:p>
      <w:pPr>
        <w:spacing w:after="40" w:before="0"/>
      </w:pPr>
      <w:r>
        <w:rPr>
          <w:b w:val="0"/>
          <w:color w:val="5B6577"/>
          <w:sz w:val="19"/>
        </w:rPr>
        <w:t>[Company address]</w:t>
      </w:r>
    </w:p>
    <w:p>
      <w:pPr>
        <w:spacing w:after="240" w:before="0"/>
        <w:pBdr>
          <w:bottom w:val="single" w:sz="8" w:space="4" w:color="101C33"/>
        </w:pBdr>
      </w:pPr>
      <w:r>
        <w:rPr>
          <w:b w:val="0"/>
        </w:rPr>
      </w:r>
    </w:p>
    <w:p>
      <w:pPr>
        <w:spacing w:after="120" w:before="0"/>
      </w:pPr>
      <w:r>
        <w:rPr>
          <w:b w:val="0"/>
        </w:rPr>
        <w:t>Ref: [reference]</w:t>
        <w:br/>
        <w:t>[Date]</w:t>
      </w:r>
    </w:p>
    <w:p>
      <w:pPr>
        <w:spacing w:after="120" w:before="0"/>
      </w:pPr>
      <w:r>
        <w:rPr>
          <w:b w:val="0"/>
        </w:rPr>
        <w:t>[Candidate full name]</w:t>
        <w:br/>
        <w:t>[Candidate address]</w:t>
      </w:r>
    </w:p>
    <w:p>
      <w:pPr>
        <w:spacing w:after="120" w:before="0"/>
      </w:pPr>
      <w:r>
        <w:rPr>
          <w:b w:val="0"/>
        </w:rPr>
        <w:t>Dear [first name],</w:t>
      </w:r>
    </w:p>
    <w:p>
      <w:pPr>
        <w:spacing w:after="120" w:before="0"/>
      </w:pPr>
      <w:r>
        <w:rPr>
          <w:b/>
        </w:rPr>
        <w:t>Offer of employment: [Job title]</w:t>
      </w:r>
    </w:p>
    <w:p>
      <w:pPr>
        <w:spacing w:after="120" w:before="0"/>
      </w:pPr>
      <w:r>
        <w:rPr>
          <w:b w:val="0"/>
        </w:rPr>
        <w:t>We are pleased to offer you the position of [Job title] in the [Department] team at [Company name], reporting to [Manager]. This letter sets out the main terms of our offer.</w:t>
      </w:r>
    </w:p>
    <w:p>
      <w:pPr>
        <w:spacing w:after="80" w:before="200"/>
      </w:pPr>
      <w:r>
        <w:rPr>
          <w:b/>
          <w:color w:val="101C33"/>
          <w:sz w:val="23"/>
        </w:rPr>
        <w:t>1. Position and start date</w:t>
      </w:r>
    </w:p>
    <w:p>
      <w:pPr>
        <w:spacing w:after="120" w:before="0"/>
      </w:pPr>
      <w:r>
        <w:rPr>
          <w:b w:val="0"/>
        </w:rPr>
        <w:t>Your employment will start on [start date]. This is a [full-time / part-time] position under an [indefinite-term / fixed-term] contract. Your place of work will be [address].</w:t>
      </w:r>
    </w:p>
    <w:p>
      <w:pPr>
        <w:spacing w:after="120" w:before="0"/>
      </w:pPr>
      <w:r>
        <w:rPr>
          <w:b w:val="0"/>
        </w:rPr>
        <w:t>In this role you will [main duties].</w:t>
      </w:r>
    </w:p>
    <w:p>
      <w:pPr>
        <w:spacing w:after="80" w:before="200"/>
      </w:pPr>
      <w:r>
        <w:rPr>
          <w:b/>
          <w:color w:val="101C33"/>
          <w:sz w:val="23"/>
        </w:rPr>
        <w:t>2. Pay</w:t>
      </w:r>
    </w:p>
    <w:p>
      <w:pPr>
        <w:spacing w:after="120" w:before="0"/>
      </w:pPr>
      <w:r>
        <w:rPr>
          <w:b w:val="0"/>
        </w:rPr>
        <w:t>Your total salary will be SAR [amount] a month, made up as follows:</w:t>
      </w:r>
    </w:p>
    <w:tbl>
      <w:tblPr>
        <w:tblStyle w:val="TableGrid"/>
        <w:tblW w:type="auto" w:w="0"/>
        <w:tblLook w:firstColumn="1" w:firstRow="1" w:lastColumn="0" w:lastRow="0" w:noHBand="0" w:noVBand="1" w:val="04A0"/>
      </w:tblPr>
      <w:tblGrid>
        <w:gridCol w:w="3213"/>
        <w:gridCol w:w="3213"/>
        <w:gridCol w:w="3213"/>
      </w:tblGrid>
      <w:tr>
        <w:tc>
          <w:tcPr>
            <w:tcW w:type="dxa" w:w="3213"/>
            <w:shd w:val="clear" w:color="auto" w:fill="101C33"/>
          </w:tcPr>
          <w:p>
            <w:r>
              <w:rPr>
                <w:b/>
                <w:color w:val="FFFFFF"/>
              </w:rPr>
              <w:t>Component</w:t>
            </w:r>
          </w:p>
        </w:tc>
        <w:tc>
          <w:tcPr>
            <w:tcW w:type="dxa" w:w="3213"/>
            <w:shd w:val="clear" w:color="auto" w:fill="101C33"/>
          </w:tcPr>
          <w:p>
            <w:pPr>
              <w:jc w:val="right"/>
            </w:pPr>
            <w:r>
              <w:rPr>
                <w:b/>
                <w:color w:val="FFFFFF"/>
              </w:rPr>
              <w:t>Monthly (SAR)</w:t>
            </w:r>
          </w:p>
        </w:tc>
        <w:tc>
          <w:tcPr>
            <w:tcW w:type="dxa" w:w="3213"/>
            <w:shd w:val="clear" w:color="auto" w:fill="101C33"/>
          </w:tcPr>
          <w:p>
            <w:pPr>
              <w:jc w:val="right"/>
            </w:pPr>
            <w:r>
              <w:rPr>
                <w:b/>
                <w:color w:val="FFFFFF"/>
              </w:rPr>
              <w:t>Yearly (SAR)</w:t>
            </w:r>
          </w:p>
        </w:tc>
      </w:tr>
      <w:tr>
        <w:tc>
          <w:tcPr>
            <w:tcW w:type="dxa" w:w="3213"/>
          </w:tcPr>
          <w:p>
            <w:r>
              <w:t>Basic salary</w:t>
            </w:r>
          </w:p>
        </w:tc>
        <w:tc>
          <w:tcPr>
            <w:tcW w:type="dxa" w:w="3213"/>
          </w:tcPr>
          <w:p>
            <w:pPr>
              <w:jc w:val="right"/>
            </w:pPr>
            <w:r/>
          </w:p>
        </w:tc>
        <w:tc>
          <w:tcPr>
            <w:tcW w:type="dxa" w:w="3213"/>
          </w:tcPr>
          <w:p>
            <w:pPr>
              <w:jc w:val="right"/>
            </w:pPr>
            <w:r/>
          </w:p>
        </w:tc>
      </w:tr>
      <w:tr>
        <w:tc>
          <w:tcPr>
            <w:tcW w:type="dxa" w:w="3213"/>
          </w:tcPr>
          <w:p>
            <w:r>
              <w:t>Housing allowance</w:t>
            </w:r>
          </w:p>
        </w:tc>
        <w:tc>
          <w:tcPr>
            <w:tcW w:type="dxa" w:w="3213"/>
          </w:tcPr>
          <w:p>
            <w:pPr>
              <w:jc w:val="right"/>
            </w:pPr>
            <w:r/>
          </w:p>
        </w:tc>
        <w:tc>
          <w:tcPr>
            <w:tcW w:type="dxa" w:w="3213"/>
          </w:tcPr>
          <w:p>
            <w:pPr>
              <w:jc w:val="right"/>
            </w:pPr>
            <w:r/>
          </w:p>
        </w:tc>
      </w:tr>
      <w:tr>
        <w:tc>
          <w:tcPr>
            <w:tcW w:type="dxa" w:w="3213"/>
          </w:tcPr>
          <w:p>
            <w:r>
              <w:t>Transport allowance</w:t>
            </w:r>
          </w:p>
        </w:tc>
        <w:tc>
          <w:tcPr>
            <w:tcW w:type="dxa" w:w="3213"/>
          </w:tcPr>
          <w:p>
            <w:pPr>
              <w:jc w:val="right"/>
            </w:pPr>
            <w:r/>
          </w:p>
        </w:tc>
        <w:tc>
          <w:tcPr>
            <w:tcW w:type="dxa" w:w="3213"/>
          </w:tcPr>
          <w:p>
            <w:pPr>
              <w:jc w:val="right"/>
            </w:pPr>
            <w:r/>
          </w:p>
        </w:tc>
      </w:tr>
      <w:tr>
        <w:tc>
          <w:tcPr>
            <w:tcW w:type="dxa" w:w="3213"/>
            <w:shd w:val="clear" w:color="auto" w:fill="EEF1F5"/>
          </w:tcPr>
          <w:p>
            <w:r>
              <w:rPr>
                <w:b/>
              </w:rPr>
              <w:t>Total salary</w:t>
            </w:r>
          </w:p>
        </w:tc>
        <w:tc>
          <w:tcPr>
            <w:tcW w:type="dxa" w:w="3213"/>
            <w:shd w:val="clear" w:color="auto" w:fill="EEF1F5"/>
          </w:tcPr>
          <w:p>
            <w:pPr>
              <w:jc w:val="right"/>
            </w:pPr>
            <w:r>
              <w:rPr>
                <w:b/>
              </w:rPr>
            </w:r>
          </w:p>
        </w:tc>
        <w:tc>
          <w:tcPr>
            <w:tcW w:type="dxa" w:w="3213"/>
            <w:shd w:val="clear" w:color="auto" w:fill="EEF1F5"/>
          </w:tcPr>
          <w:p>
            <w:pPr>
              <w:jc w:val="right"/>
            </w:pPr>
            <w:r>
              <w:rPr>
                <w:b/>
              </w:rPr>
            </w:r>
          </w:p>
        </w:tc>
      </w:tr>
    </w:tbl>
    <w:p>
      <w:pPr>
        <w:spacing w:after="40" w:before="0"/>
      </w:pPr>
      <w:r>
        <w:rPr>
          <w:b w:val="0"/>
        </w:rPr>
      </w:r>
    </w:p>
    <w:p>
      <w:pPr>
        <w:spacing w:after="120" w:before="0"/>
      </w:pPr>
      <w:r>
        <w:rPr>
          <w:b w:val="0"/>
        </w:rPr>
        <w:t>Your salary will be paid monthly in Saudi riyals to your bank account through the Wage Protection System. GOSI contributions will be deducted as the law requires.</w:t>
      </w:r>
    </w:p>
    <w:p>
      <w:pPr>
        <w:spacing w:after="80" w:before="200"/>
      </w:pPr>
      <w:r>
        <w:rPr>
          <w:b/>
          <w:color w:val="101C33"/>
          <w:sz w:val="23"/>
        </w:rPr>
        <w:t>3. Probation</w:t>
      </w:r>
    </w:p>
    <w:p>
      <w:pPr>
        <w:spacing w:after="120" w:before="0"/>
      </w:pPr>
      <w:r>
        <w:rPr>
          <w:b w:val="0"/>
        </w:rPr>
        <w:t>Your employment begins with a probation period of [number] days. Under the Labour Law the probation period may not exceed 180 days in total. Either party may end the contract during probation.</w:t>
      </w:r>
    </w:p>
    <w:p>
      <w:pPr>
        <w:spacing w:after="80" w:before="200"/>
      </w:pPr>
      <w:r>
        <w:rPr>
          <w:b/>
          <w:color w:val="101C33"/>
          <w:sz w:val="23"/>
        </w:rPr>
        <w:t>4. Working hours</w:t>
      </w:r>
    </w:p>
    <w:p>
      <w:pPr>
        <w:spacing w:after="120" w:before="0"/>
      </w:pPr>
      <w:r>
        <w:rPr>
          <w:b w:val="0"/>
        </w:rPr>
        <w:t>Working hours will not exceed 8 hours a day or 48 hours a week, [days and times]. During Ramadan, working hours for Muslim employees are reduced to 6 hours a day or 36 hours a week.</w:t>
      </w:r>
    </w:p>
    <w:p>
      <w:pPr>
        <w:spacing w:after="80" w:before="200"/>
      </w:pPr>
      <w:r>
        <w:rPr>
          <w:b/>
          <w:color w:val="101C33"/>
          <w:sz w:val="23"/>
        </w:rPr>
        <w:t>5. Leave</w:t>
      </w:r>
    </w:p>
    <w:p>
      <w:pPr>
        <w:spacing w:after="120" w:before="0"/>
      </w:pPr>
      <w:r>
        <w:rPr>
          <w:b w:val="0"/>
        </w:rPr>
        <w:t>You are entitled to [21] days of paid annual leave a year, rising to 30 days after five years of service.</w:t>
      </w:r>
    </w:p>
    <w:p>
      <w:pPr>
        <w:spacing w:after="80" w:before="200"/>
      </w:pPr>
      <w:r>
        <w:rPr>
          <w:b/>
          <w:color w:val="101C33"/>
          <w:sz w:val="23"/>
        </w:rPr>
        <w:t>6. Benefits</w:t>
      </w:r>
    </w:p>
    <w:p>
      <w:pPr>
        <w:pStyle w:val="ListBullet"/>
      </w:pPr>
      <w:r>
        <w:t>[Benefit 1]</w:t>
      </w:r>
    </w:p>
    <w:p>
      <w:pPr>
        <w:pStyle w:val="ListBullet"/>
      </w:pPr>
      <w:r>
        <w:t>[Benefit 2]</w:t>
      </w:r>
    </w:p>
    <w:p>
      <w:pPr>
        <w:spacing w:after="80" w:before="200"/>
      </w:pPr>
      <w:r>
        <w:rPr>
          <w:b/>
          <w:color w:val="101C33"/>
          <w:sz w:val="23"/>
        </w:rPr>
        <w:t>7. Notice period</w:t>
      </w:r>
    </w:p>
    <w:p>
      <w:pPr>
        <w:spacing w:after="120" w:before="0"/>
      </w:pPr>
      <w:r>
        <w:rPr>
          <w:b w:val="0"/>
        </w:rPr>
        <w:t>Under your indefinite-term contract, you must give at least [30] days’ written notice and the Company at least [60] days’ written notice to end the contract for a valid reason. The Labour Law requires at least 30 days from the employee and 60 days from the employer. [For a fixed-term contract: This contract ends on [date].]</w:t>
      </w:r>
    </w:p>
    <w:p>
      <w:pPr>
        <w:spacing w:after="80" w:before="200"/>
      </w:pPr>
      <w:r>
        <w:rPr>
          <w:b/>
          <w:color w:val="101C33"/>
          <w:sz w:val="23"/>
        </w:rPr>
        <w:t>8. Conditions of this offer</w:t>
      </w:r>
    </w:p>
    <w:p>
      <w:pPr>
        <w:spacing w:after="120" w:before="0"/>
      </w:pPr>
      <w:r>
        <w:rPr>
          <w:b w:val="0"/>
        </w:rPr>
        <w:t>This offer is conditional on:</w:t>
      </w:r>
    </w:p>
    <w:p>
      <w:pPr>
        <w:pStyle w:val="ListBullet"/>
      </w:pPr>
      <w:r>
        <w:t>Issue of your work visa and iqama (for non-Saudi nationals);</w:t>
      </w:r>
    </w:p>
    <w:p>
      <w:pPr>
        <w:pStyle w:val="ListBullet"/>
      </w:pPr>
      <w:r>
        <w:t>A satisfactory medical examination;</w:t>
      </w:r>
    </w:p>
    <w:p>
      <w:pPr>
        <w:pStyle w:val="ListBullet"/>
      </w:pPr>
      <w:r>
        <w:t>Attested copies of your educational and experience certificates.</w:t>
      </w:r>
    </w:p>
    <w:p>
      <w:pPr>
        <w:spacing w:after="120" w:before="80"/>
      </w:pPr>
      <w:r>
        <w:rPr>
          <w:b w:val="0"/>
        </w:rPr>
        <w:t>If any condition is not met, the Company may withdraw this offer.</w:t>
      </w:r>
    </w:p>
    <w:p>
      <w:pPr>
        <w:spacing w:after="80" w:before="200"/>
      </w:pPr>
      <w:r>
        <w:rPr>
          <w:b/>
          <w:color w:val="101C33"/>
          <w:sz w:val="23"/>
        </w:rPr>
        <w:t>9. Legal and statutory terms</w:t>
      </w:r>
    </w:p>
    <w:p>
      <w:pPr>
        <w:spacing w:after="120" w:before="0"/>
      </w:pPr>
      <w:r>
        <w:rPr>
          <w:b w:val="0"/>
        </w:rPr>
        <w:t>Your employment contract will be documented on the Qiwa platform and will reflect the terms of this offer. You will be registered with the General Organization for Social Insurance (GOSI). On the end of your employment you will receive the end-of-service award provided for in the Labour Law.</w:t>
      </w:r>
    </w:p>
    <w:p>
      <w:pPr>
        <w:spacing w:after="80" w:before="200"/>
      </w:pPr>
      <w:r>
        <w:rPr>
          <w:b/>
          <w:color w:val="101C33"/>
          <w:sz w:val="23"/>
        </w:rPr>
        <w:t>10. Acceptance</w:t>
      </w:r>
    </w:p>
    <w:p>
      <w:pPr>
        <w:spacing w:after="120" w:before="0"/>
      </w:pPr>
      <w:r>
        <w:rPr>
          <w:b w:val="0"/>
        </w:rPr>
        <w:t>Please confirm your acceptance by signing and returning a copy of this letter by [date]. If we have not received your acceptance by then, this offer will lapse.</w:t>
      </w:r>
    </w:p>
    <w:p>
      <w:pPr>
        <w:spacing w:after="120" w:before="0"/>
      </w:pPr>
      <w:r>
        <w:rPr>
          <w:b w:val="0"/>
        </w:rPr>
        <w:t>We look forward to welcoming you to [Company name].</w:t>
      </w:r>
    </w:p>
    <w:p>
      <w:pPr>
        <w:spacing w:after="600" w:before="0"/>
      </w:pPr>
      <w:r>
        <w:rPr>
          <w:b w:val="0"/>
        </w:rPr>
        <w:t>Yours sincerely,</w:t>
      </w:r>
    </w:p>
    <w:p>
      <w:pPr>
        <w:spacing w:after="40" w:before="0"/>
      </w:pPr>
      <w:r>
        <w:rPr>
          <w:b w:val="0"/>
        </w:rPr>
        <w:t>______________________</w:t>
      </w:r>
    </w:p>
    <w:p>
      <w:pPr>
        <w:spacing w:after="0" w:before="0"/>
      </w:pPr>
      <w:r>
        <w:rPr>
          <w:b/>
        </w:rPr>
        <w:t>[Name]</w:t>
      </w:r>
    </w:p>
    <w:p>
      <w:pPr>
        <w:spacing w:after="0" w:before="0"/>
      </w:pPr>
      <w:r>
        <w:rPr>
          <w:b w:val="0"/>
        </w:rPr>
        <w:t>[Job title]</w:t>
      </w:r>
    </w:p>
    <w:p>
      <w:pPr>
        <w:spacing w:after="360" w:before="0"/>
      </w:pPr>
      <w:r>
        <w:rPr>
          <w:b w:val="0"/>
        </w:rPr>
        <w:t>[Company name]</w:t>
      </w:r>
    </w:p>
    <w:p>
      <w:pPr>
        <w:spacing w:after="120" w:before="240"/>
      </w:pPr>
      <w:r>
        <w:rPr>
          <w:b/>
        </w:rPr>
        <w:t>Acceptance of offer</w:t>
      </w:r>
    </w:p>
    <w:p>
      <w:pPr>
        <w:spacing w:after="120" w:before="0"/>
      </w:pPr>
      <w:r>
        <w:rPr>
          <w:b w:val="0"/>
        </w:rPr>
        <w:t>I, [Candidate full name], accept this offer of employment on the terms set out in this letter.</w:t>
      </w:r>
    </w:p>
    <w:p>
      <w:pPr>
        <w:spacing w:after="120" w:before="480"/>
      </w:pPr>
      <w:r>
        <w:rPr>
          <w:b w:val="0"/>
        </w:rPr>
        <w:t>Signature: ______________________          Date: ______________</w:t>
      </w:r>
    </w:p>
    <w:sectPr w:rsidR="00FC693F" w:rsidRPr="0006063C" w:rsidSect="00034616">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Offer letter template – Saudi Arabia</dc:title>
  <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