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101C33"/>
          <w:sz w:val="32"/>
        </w:rPr>
        <w:t>[Company name]</w:t>
      </w:r>
    </w:p>
    <w:p>
      <w:pPr>
        <w:spacing w:after="40" w:before="0"/>
      </w:pPr>
      <w:r>
        <w:rPr>
          <w:b w:val="0"/>
          <w:color w:val="5B6577"/>
          <w:sz w:val="19"/>
        </w:rPr>
        <w:t>[Company address]</w:t>
      </w:r>
    </w:p>
    <w:p>
      <w:pPr>
        <w:spacing w:after="240" w:before="0"/>
        <w:pBdr>
          <w:bottom w:val="single" w:sz="8" w:space="4" w:color="101C33"/>
        </w:pBdr>
      </w:pPr>
      <w:r>
        <w:rPr>
          <w:b w:val="0"/>
        </w:rPr>
      </w:r>
    </w:p>
    <w:p>
      <w:pPr>
        <w:spacing w:after="120" w:before="0"/>
      </w:pPr>
      <w:r>
        <w:rPr>
          <w:b w:val="0"/>
        </w:rPr>
        <w:t>Ref: [reference]</w:t>
        <w:br/>
        <w:t>[Date]</w:t>
      </w:r>
    </w:p>
    <w:p>
      <w:pPr>
        <w:spacing w:after="120" w:before="0"/>
      </w:pPr>
      <w:r>
        <w:rPr>
          <w:b w:val="0"/>
        </w:rPr>
        <w:t>[Candidate full name]</w:t>
        <w:br/>
        <w:t>[Candidate address]</w:t>
      </w:r>
    </w:p>
    <w:p>
      <w:pPr>
        <w:spacing w:after="120" w:before="0"/>
      </w:pPr>
      <w:r>
        <w:rPr>
          <w:b/>
        </w:rPr>
        <w:t>Private and confidential</w:t>
      </w:r>
    </w:p>
    <w:p>
      <w:pPr>
        <w:spacing w:after="120" w:before="0"/>
      </w:pPr>
      <w:r>
        <w:rPr>
          <w:b w:val="0"/>
        </w:rPr>
        <w:t>Dear [first name],</w:t>
      </w:r>
    </w:p>
    <w:p>
      <w:pPr>
        <w:spacing w:after="120" w:before="0"/>
      </w:pPr>
      <w:r>
        <w:rPr>
          <w:b/>
        </w:rPr>
        <w:t>Offer of employment: [Job title]</w:t>
      </w:r>
    </w:p>
    <w:p>
      <w:pPr>
        <w:spacing w:after="120" w:before="0"/>
      </w:pPr>
      <w:r>
        <w:rPr>
          <w:b w:val="0"/>
        </w:rPr>
        <w:t>We are pleased to offer you the position of [Job title] in the [Department] team at [Company name], reporting to [Manager]. This letter sets out the main terms of our offer.</w:t>
      </w:r>
    </w:p>
    <w:p>
      <w:pPr>
        <w:spacing w:after="80" w:before="200"/>
      </w:pPr>
      <w:r>
        <w:rPr>
          <w:b/>
          <w:color w:val="101C33"/>
          <w:sz w:val="23"/>
        </w:rPr>
        <w:t>1. Position and start date</w:t>
      </w:r>
    </w:p>
    <w:p>
      <w:pPr>
        <w:spacing w:after="120" w:before="0"/>
      </w:pPr>
      <w:r>
        <w:rPr>
          <w:b w:val="0"/>
        </w:rPr>
        <w:t>Your employment will start on [start date]. This is a permanent, [full-time / part-time] position [or: a fixed-term position ending on [end date]]. Your place of work will be [address].</w:t>
      </w:r>
    </w:p>
    <w:p>
      <w:pPr>
        <w:spacing w:after="120" w:before="0"/>
      </w:pPr>
      <w:r>
        <w:rPr>
          <w:b w:val="0"/>
        </w:rPr>
        <w:t>In this role you will [main duties].</w:t>
      </w:r>
    </w:p>
    <w:p>
      <w:pPr>
        <w:spacing w:after="80" w:before="200"/>
      </w:pPr>
      <w:r>
        <w:rPr>
          <w:b/>
          <w:color w:val="101C33"/>
          <w:sz w:val="23"/>
        </w:rPr>
        <w:t>2. Pay</w:t>
      </w:r>
    </w:p>
    <w:p>
      <w:pPr>
        <w:spacing w:after="120" w:before="0"/>
      </w:pPr>
      <w:r>
        <w:rPr>
          <w:b w:val="0"/>
        </w:rPr>
        <w:t>Your total salary will be S$[amount] a month, made up as follows: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01C33"/>
          </w:tcPr>
          <w:p>
            <w:r>
              <w:rPr>
                <w:b/>
                <w:color w:val="FFFFFF"/>
              </w:rPr>
              <w:t>Component</w:t>
            </w:r>
          </w:p>
        </w:tc>
        <w:tc>
          <w:tcPr>
            <w:tcW w:type="dxa" w:w="3213"/>
            <w:shd w:val="clear" w:color="auto" w:fill="101C33"/>
          </w:tcPr>
          <w:p>
            <w:pPr>
              <w:jc w:val="right"/>
            </w:pPr>
            <w:r>
              <w:rPr>
                <w:b/>
                <w:color w:val="FFFFFF"/>
              </w:rPr>
              <w:t>Monthly (SGD)</w:t>
            </w:r>
          </w:p>
        </w:tc>
        <w:tc>
          <w:tcPr>
            <w:tcW w:type="dxa" w:w="3213"/>
            <w:shd w:val="clear" w:color="auto" w:fill="101C33"/>
          </w:tcPr>
          <w:p>
            <w:pPr>
              <w:jc w:val="right"/>
            </w:pPr>
            <w:r>
              <w:rPr>
                <w:b/>
                <w:color w:val="FFFFFF"/>
              </w:rPr>
              <w:t>Yearly (SGD)</w:t>
            </w:r>
          </w:p>
        </w:tc>
      </w:tr>
      <w:tr>
        <w:tc>
          <w:tcPr>
            <w:tcW w:type="dxa" w:w="3213"/>
          </w:tcPr>
          <w:p>
            <w:r>
              <w:t>Basic salary</w:t>
            </w:r>
          </w:p>
        </w:tc>
        <w:tc>
          <w:tcPr>
            <w:tcW w:type="dxa" w:w="3213"/>
          </w:tcPr>
          <w:p>
            <w:pPr>
              <w:jc w:val="right"/>
            </w:pPr>
            <w:r/>
          </w:p>
        </w:tc>
        <w:tc>
          <w:tcPr>
            <w:tcW w:type="dxa" w:w="3213"/>
          </w:tcPr>
          <w:p>
            <w:pPr>
              <w:jc w:val="right"/>
            </w:pPr>
            <w:r/>
          </w:p>
        </w:tc>
      </w:tr>
      <w:tr>
        <w:tc>
          <w:tcPr>
            <w:tcW w:type="dxa" w:w="3213"/>
          </w:tcPr>
          <w:p>
            <w:r>
              <w:t>Fixed allowances</w:t>
            </w:r>
          </w:p>
        </w:tc>
        <w:tc>
          <w:tcPr>
            <w:tcW w:type="dxa" w:w="3213"/>
          </w:tcPr>
          <w:p>
            <w:pPr>
              <w:jc w:val="right"/>
            </w:pPr>
            <w:r/>
          </w:p>
        </w:tc>
        <w:tc>
          <w:tcPr>
            <w:tcW w:type="dxa" w:w="3213"/>
          </w:tcPr>
          <w:p>
            <w:pPr>
              <w:jc w:val="right"/>
            </w:pPr>
            <w:r/>
          </w:p>
        </w:tc>
      </w:tr>
      <w:tr>
        <w:tc>
          <w:tcPr>
            <w:tcW w:type="dxa" w:w="3213"/>
            <w:shd w:val="clear" w:color="auto" w:fill="EEF1F5"/>
          </w:tcPr>
          <w:p>
            <w:r>
              <w:rPr>
                <w:b/>
              </w:rPr>
              <w:t>Total salary</w:t>
            </w:r>
          </w:p>
        </w:tc>
        <w:tc>
          <w:tcPr>
            <w:tcW w:type="dxa" w:w="3213"/>
            <w:shd w:val="clear" w:color="auto" w:fill="EEF1F5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3213"/>
            <w:shd w:val="clear" w:color="auto" w:fill="EEF1F5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after="40" w:before="0"/>
      </w:pPr>
      <w:r>
        <w:rPr>
          <w:b w:val="0"/>
        </w:rPr>
      </w:r>
    </w:p>
    <w:p>
      <w:pPr>
        <w:spacing w:after="120" w:before="0"/>
      </w:pPr>
      <w:r>
        <w:rPr>
          <w:b w:val="0"/>
        </w:rPr>
        <w:t>Your salary will be paid monthly by bank transfer. If you are a Singapore citizen or permanent resident, CPF contributions will be made as the CPF Act requires, and your share will be deducted from your salary.</w:t>
      </w:r>
    </w:p>
    <w:p>
      <w:pPr>
        <w:spacing w:after="80" w:before="200"/>
      </w:pPr>
      <w:r>
        <w:rPr>
          <w:b/>
          <w:color w:val="101C33"/>
          <w:sz w:val="23"/>
        </w:rPr>
        <w:t>3. Probation</w:t>
      </w:r>
    </w:p>
    <w:p>
      <w:pPr>
        <w:spacing w:after="120" w:before="0"/>
      </w:pPr>
      <w:r>
        <w:rPr>
          <w:b w:val="0"/>
        </w:rPr>
        <w:t>The first [probation period] of your employment are a probationary period, during which your performance and suitability will be reviewed. During probation, either party may end your employment by giving [notice during probation] notice.</w:t>
      </w:r>
    </w:p>
    <w:p>
      <w:pPr>
        <w:spacing w:after="80" w:before="200"/>
      </w:pPr>
      <w:r>
        <w:rPr>
          <w:b/>
          <w:color w:val="101C33"/>
          <w:sz w:val="23"/>
        </w:rPr>
        <w:t>4. Working hours</w:t>
      </w:r>
    </w:p>
    <w:p>
      <w:pPr>
        <w:spacing w:after="120" w:before="0"/>
      </w:pPr>
      <w:r>
        <w:rPr>
          <w:b w:val="0"/>
        </w:rPr>
        <w:t>Your normal working hours are [44] hours a week, [days and times]. You will work [5] days a week, with [Sunday] as your rest day. Overtime, where it applies under the Employment Act, is paid at 1.5 times the basic hourly rate.</w:t>
      </w:r>
    </w:p>
    <w:p>
      <w:pPr>
        <w:spacing w:after="80" w:before="200"/>
      </w:pPr>
      <w:r>
        <w:rPr>
          <w:b/>
          <w:color w:val="101C33"/>
          <w:sz w:val="23"/>
        </w:rPr>
        <w:t>5. Leave</w:t>
      </w:r>
    </w:p>
    <w:p>
      <w:pPr>
        <w:spacing w:after="120" w:before="0"/>
      </w:pPr>
      <w:r>
        <w:rPr>
          <w:b w:val="0"/>
        </w:rPr>
        <w:t>You are entitled to [number] days of paid annual leave a year (the Employment Act minimum is 7 days in the first year, rising by one day a year to 14), plus outpatient sick leave of up to 14 days and hospitalisation leave of up to 60 days a year after 3 months of service.</w:t>
      </w:r>
    </w:p>
    <w:p>
      <w:pPr>
        <w:spacing w:after="80" w:before="200"/>
      </w:pPr>
      <w:r>
        <w:rPr>
          <w:b/>
          <w:color w:val="101C33"/>
          <w:sz w:val="23"/>
        </w:rPr>
        <w:t>6. Benefits</w:t>
      </w:r>
    </w:p>
    <w:p>
      <w:pPr>
        <w:pStyle w:val="ListBullet"/>
      </w:pPr>
      <w:r>
        <w:t>[Benefit 1]</w:t>
      </w:r>
    </w:p>
    <w:p>
      <w:pPr>
        <w:pStyle w:val="ListBullet"/>
      </w:pPr>
      <w:r>
        <w:t>[Benefit 2]</w:t>
      </w:r>
    </w:p>
    <w:p>
      <w:pPr>
        <w:spacing w:after="80" w:before="200"/>
      </w:pPr>
      <w:r>
        <w:rPr>
          <w:b/>
          <w:color w:val="101C33"/>
          <w:sz w:val="23"/>
        </w:rPr>
        <w:t>7. Notice period</w:t>
      </w:r>
    </w:p>
    <w:p>
      <w:pPr>
        <w:spacing w:after="120" w:before="0"/>
      </w:pPr>
      <w:r>
        <w:rPr>
          <w:b w:val="0"/>
        </w:rPr>
        <w:t>After probation, either party may end your employment by giving [one month’s] written notice, or salary in lieu of notice. The Company may end your employment without notice for serious misconduct.</w:t>
      </w:r>
    </w:p>
    <w:p>
      <w:pPr>
        <w:spacing w:after="80" w:before="200"/>
      </w:pPr>
      <w:r>
        <w:rPr>
          <w:b/>
          <w:color w:val="101C33"/>
          <w:sz w:val="23"/>
        </w:rPr>
        <w:t>8. Conditions of this offer</w:t>
      </w:r>
    </w:p>
    <w:p>
      <w:pPr>
        <w:spacing w:after="120" w:before="0"/>
      </w:pPr>
      <w:r>
        <w:rPr>
          <w:b w:val="0"/>
        </w:rPr>
        <w:t>This offer is conditional on:</w:t>
      </w:r>
    </w:p>
    <w:p>
      <w:pPr>
        <w:pStyle w:val="ListBullet"/>
      </w:pPr>
      <w:r>
        <w:t>Approval of your work pass (for non-Singaporeans and non-PRs);</w:t>
      </w:r>
    </w:p>
    <w:p>
      <w:pPr>
        <w:pStyle w:val="ListBullet"/>
      </w:pPr>
      <w:r>
        <w:t>Satisfactory reference checks.</w:t>
      </w:r>
    </w:p>
    <w:p>
      <w:pPr>
        <w:spacing w:after="120" w:before="80"/>
      </w:pPr>
      <w:r>
        <w:rPr>
          <w:b w:val="0"/>
        </w:rPr>
        <w:t>If any condition is not met, the Company may withdraw this offer.</w:t>
      </w:r>
    </w:p>
    <w:p>
      <w:pPr>
        <w:spacing w:after="80" w:before="200"/>
      </w:pPr>
      <w:r>
        <w:rPr>
          <w:b/>
          <w:color w:val="101C33"/>
          <w:sz w:val="23"/>
        </w:rPr>
        <w:t>9. Legal and statutory terms</w:t>
      </w:r>
    </w:p>
    <w:p>
      <w:pPr>
        <w:spacing w:after="120" w:before="0"/>
      </w:pPr>
      <w:r>
        <w:rPr>
          <w:b w:val="0"/>
        </w:rPr>
        <w:t>Your Key Employment Terms are set out in the appendix to this letter, as the Employment Act requires. Company policies on leave, medical benefits, conduct and confidentiality will also apply.</w:t>
      </w:r>
    </w:p>
    <w:p>
      <w:pPr>
        <w:spacing w:after="80" w:before="200"/>
      </w:pPr>
      <w:r>
        <w:rPr>
          <w:b/>
          <w:color w:val="101C33"/>
          <w:sz w:val="23"/>
        </w:rPr>
        <w:t>10. Acceptance</w:t>
      </w:r>
    </w:p>
    <w:p>
      <w:pPr>
        <w:spacing w:after="120" w:before="0"/>
      </w:pPr>
      <w:r>
        <w:rPr>
          <w:b w:val="0"/>
        </w:rPr>
        <w:t>Please confirm your acceptance by signing and returning a copy of this letter by [date]. If we have not received your acceptance by then, this offer will lapse.</w:t>
      </w:r>
    </w:p>
    <w:p>
      <w:pPr>
        <w:spacing w:after="120" w:before="0"/>
      </w:pPr>
      <w:r>
        <w:rPr>
          <w:b w:val="0"/>
        </w:rPr>
        <w:t>We look forward to welcoming you to [Company name].</w:t>
      </w:r>
    </w:p>
    <w:p>
      <w:pPr>
        <w:spacing w:after="600" w:before="0"/>
      </w:pPr>
      <w:r>
        <w:rPr>
          <w:b w:val="0"/>
        </w:rPr>
        <w:t>Yours sincerely,</w:t>
      </w:r>
    </w:p>
    <w:p>
      <w:pPr>
        <w:spacing w:after="40" w:before="0"/>
      </w:pPr>
      <w:r>
        <w:rPr>
          <w:b w:val="0"/>
        </w:rPr>
        <w:t>______________________</w:t>
      </w:r>
    </w:p>
    <w:p>
      <w:pPr>
        <w:spacing w:after="0" w:before="0"/>
      </w:pPr>
      <w:r>
        <w:rPr>
          <w:b/>
        </w:rPr>
        <w:t>[Name]</w:t>
      </w:r>
    </w:p>
    <w:p>
      <w:pPr>
        <w:spacing w:after="0" w:before="0"/>
      </w:pPr>
      <w:r>
        <w:rPr>
          <w:b w:val="0"/>
        </w:rPr>
        <w:t>[Job title]</w:t>
      </w:r>
    </w:p>
    <w:p>
      <w:pPr>
        <w:spacing w:after="360" w:before="0"/>
      </w:pPr>
      <w:r>
        <w:rPr>
          <w:b w:val="0"/>
        </w:rPr>
        <w:t>[Company name]</w:t>
      </w:r>
    </w:p>
    <w:p>
      <w:pPr>
        <w:spacing w:after="120" w:before="240"/>
      </w:pPr>
      <w:r>
        <w:rPr>
          <w:b/>
        </w:rPr>
        <w:t>Acceptance of offer</w:t>
      </w:r>
    </w:p>
    <w:p>
      <w:pPr>
        <w:spacing w:after="120" w:before="0"/>
      </w:pPr>
      <w:r>
        <w:rPr>
          <w:b w:val="0"/>
        </w:rPr>
        <w:t>I, [Candidate full name], accept this offer of employment on the terms set out in this letter.</w:t>
      </w:r>
    </w:p>
    <w:p>
      <w:pPr>
        <w:spacing w:after="120" w:before="480"/>
      </w:pPr>
      <w:r>
        <w:rPr>
          <w:b w:val="0"/>
        </w:rPr>
        <w:t>Signature: ______________________          Date: ______________</w:t>
      </w:r>
    </w:p>
    <w:p>
      <w:r>
        <w:br w:type="page"/>
      </w:r>
    </w:p>
    <w:p>
      <w:pPr>
        <w:spacing w:after="160" w:before="0"/>
      </w:pPr>
      <w:r>
        <w:rPr>
          <w:b/>
          <w:color w:val="101C33"/>
          <w:sz w:val="28"/>
        </w:rPr>
        <w:t>Appendix: Key Employment Terms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101C33"/>
          </w:tcPr>
          <w:p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4819"/>
            <w:shd w:val="clear" w:color="auto" w:fill="101C33"/>
          </w:tcPr>
          <w:p>
            <w:r>
              <w:rPr>
                <w:b/>
                <w:color w:val="FFFFFF"/>
              </w:rPr>
              <w:t>Terms</w:t>
            </w:r>
          </w:p>
        </w:tc>
      </w:tr>
      <w:tr>
        <w:tc>
          <w:tcPr>
            <w:tcW w:type="dxa" w:w="4819"/>
          </w:tcPr>
          <w:p>
            <w:r>
              <w:t>Employer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Employee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Job title and main duties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Start date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End date (fixed-term only)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Working hours (hours a day, days a week)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Rest day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Salary period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Basic salary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Fixed allowances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Fixed deductions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Overtime payment period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Overtime rate of pay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Other salary-related components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Leave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Medical benefits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Probation period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Notice period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  <w:tr>
        <w:tc>
          <w:tcPr>
            <w:tcW w:type="dxa" w:w="4819"/>
          </w:tcPr>
          <w:p>
            <w:r>
              <w:t>Place of work</w:t>
            </w:r>
          </w:p>
        </w:tc>
        <w:tc>
          <w:tcPr>
            <w:tcW w:type="dxa" w:w="4819"/>
          </w:tcPr>
          <w:p>
            <w:r>
              <w:t>[ ]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template – Singapore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