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color w:val="101C33"/>
          <w:sz w:val="32"/>
        </w:rPr>
        <w:t>[Company name]</w:t>
      </w:r>
    </w:p>
    <w:p>
      <w:pPr>
        <w:spacing w:after="40" w:before="0"/>
      </w:pPr>
      <w:r>
        <w:rPr>
          <w:b w:val="0"/>
          <w:color w:val="5B6577"/>
          <w:sz w:val="19"/>
        </w:rPr>
        <w:t>[Company address]</w:t>
      </w:r>
    </w:p>
    <w:p>
      <w:pPr>
        <w:spacing w:after="240" w:before="0"/>
        <w:pBdr>
          <w:bottom w:val="single" w:sz="8" w:space="4" w:color="101C33"/>
        </w:pBdr>
      </w:pPr>
      <w:r>
        <w:rPr>
          <w:b w:val="0"/>
        </w:rPr>
      </w:r>
    </w:p>
    <w:p>
      <w:pPr>
        <w:spacing w:after="120" w:before="0"/>
      </w:pPr>
      <w:r>
        <w:rPr>
          <w:b w:val="0"/>
        </w:rPr>
        <w:t>Ref: [reference]</w:t>
        <w:br/>
        <w:t>[Date]</w:t>
      </w:r>
    </w:p>
    <w:p>
      <w:pPr>
        <w:spacing w:after="120" w:before="0"/>
      </w:pPr>
      <w:r>
        <w:rPr>
          <w:b w:val="0"/>
        </w:rPr>
        <w:t>[Candidate full name]</w:t>
        <w:br/>
        <w:t>[Candidate address]</w:t>
      </w:r>
    </w:p>
    <w:p>
      <w:pPr>
        <w:spacing w:after="120" w:before="0"/>
      </w:pPr>
      <w:r>
        <w:rPr>
          <w:b/>
        </w:rPr>
        <w:t>Private and confidential</w:t>
      </w:r>
    </w:p>
    <w:p>
      <w:pPr>
        <w:spacing w:after="120" w:before="0"/>
      </w:pPr>
      <w:r>
        <w:rPr>
          <w:b w:val="0"/>
        </w:rPr>
        <w:t>Dear [first name],</w:t>
      </w:r>
    </w:p>
    <w:p>
      <w:pPr>
        <w:spacing w:after="120" w:before="0"/>
      </w:pPr>
      <w:r>
        <w:rPr>
          <w:b/>
        </w:rPr>
        <w:t>Offer of employment: [Job title]</w:t>
      </w:r>
    </w:p>
    <w:p>
      <w:pPr>
        <w:spacing w:after="120" w:before="0"/>
      </w:pPr>
      <w:r>
        <w:rPr>
          <w:b w:val="0"/>
        </w:rPr>
        <w:t>We are pleased to offer you the position of [Job title] in the [Department] team at [Company name], reporting to [Manager]. This letter sets out the main terms of our offer.</w:t>
      </w:r>
    </w:p>
    <w:p>
      <w:pPr>
        <w:spacing w:after="80" w:before="200"/>
      </w:pPr>
      <w:r>
        <w:rPr>
          <w:b/>
          <w:color w:val="101C33"/>
          <w:sz w:val="23"/>
        </w:rPr>
        <w:t>1. Position and start date</w:t>
      </w:r>
    </w:p>
    <w:p>
      <w:pPr>
        <w:spacing w:after="120" w:before="0"/>
      </w:pPr>
      <w:r>
        <w:rPr>
          <w:b w:val="0"/>
        </w:rPr>
        <w:t>Your employment will start on [start date]. This is a permanent, [full-time / part-time] position [or: a fixed-term position ending on [end date]]. Your place of work will be [address].</w:t>
      </w:r>
    </w:p>
    <w:p>
      <w:pPr>
        <w:spacing w:after="120" w:before="0"/>
      </w:pPr>
      <w:r>
        <w:rPr>
          <w:b w:val="0"/>
        </w:rPr>
        <w:t>In this role you will [main duties].</w:t>
      </w:r>
    </w:p>
    <w:p>
      <w:pPr>
        <w:spacing w:after="80" w:before="200"/>
      </w:pPr>
      <w:r>
        <w:rPr>
          <w:b/>
          <w:color w:val="101C33"/>
          <w:sz w:val="23"/>
        </w:rPr>
        <w:t>2. Pay</w:t>
      </w:r>
    </w:p>
    <w:p>
      <w:pPr>
        <w:spacing w:after="120" w:before="0"/>
      </w:pPr>
      <w:r>
        <w:rPr>
          <w:b w:val="0"/>
        </w:rPr>
        <w:t>Your starting salary will be £[amount] a year (gross), paid monthly. Income tax and National Insurance will be deducted through PAYE.</w:t>
      </w:r>
    </w:p>
    <w:p>
      <w:pPr>
        <w:spacing w:after="80" w:before="200"/>
      </w:pPr>
      <w:r>
        <w:rPr>
          <w:b/>
          <w:color w:val="101C33"/>
          <w:sz w:val="23"/>
        </w:rPr>
        <w:t>3. Probation</w:t>
      </w:r>
    </w:p>
    <w:p>
      <w:pPr>
        <w:spacing w:after="120" w:before="0"/>
      </w:pPr>
      <w:r>
        <w:rPr>
          <w:b w:val="0"/>
        </w:rPr>
        <w:t>Your employment is subject to a probationary period of [period], during which your performance and suitability will be reviewed. During probation, either party may end your employment by giving [one week’s] notice.</w:t>
      </w:r>
    </w:p>
    <w:p>
      <w:pPr>
        <w:spacing w:after="80" w:before="200"/>
      </w:pPr>
      <w:r>
        <w:rPr>
          <w:b/>
          <w:color w:val="101C33"/>
          <w:sz w:val="23"/>
        </w:rPr>
        <w:t>4. Working hours</w:t>
      </w:r>
    </w:p>
    <w:p>
      <w:pPr>
        <w:spacing w:after="120" w:before="0"/>
      </w:pPr>
      <w:r>
        <w:rPr>
          <w:b w:val="0"/>
        </w:rPr>
        <w:t>Your normal working hours are [37.5] hours a week, [Monday to Friday, 9:00 am to 5:30 pm]. You may occasionally be asked to work reasonable additional hours when the business needs it.</w:t>
      </w:r>
    </w:p>
    <w:p>
      <w:pPr>
        <w:spacing w:after="80" w:before="200"/>
      </w:pPr>
      <w:r>
        <w:rPr>
          <w:b/>
          <w:color w:val="101C33"/>
          <w:sz w:val="23"/>
        </w:rPr>
        <w:t>5. Holiday and other leave</w:t>
      </w:r>
    </w:p>
    <w:p>
      <w:pPr>
        <w:spacing w:after="120" w:before="0"/>
      </w:pPr>
      <w:r>
        <w:rPr>
          <w:b w:val="0"/>
        </w:rPr>
        <w:t>Your holiday entitlement is [28] days a year, including bank holidays (at least 5.6 weeks for a full-time worker). Sick pay: [Statutory Sick Pay when you are eligible / company sick pay scheme].</w:t>
      </w:r>
    </w:p>
    <w:p>
      <w:pPr>
        <w:spacing w:after="80" w:before="200"/>
      </w:pPr>
      <w:r>
        <w:rPr>
          <w:b/>
          <w:color w:val="101C33"/>
          <w:sz w:val="23"/>
        </w:rPr>
        <w:t>6. Benefits</w:t>
      </w:r>
    </w:p>
    <w:p>
      <w:pPr>
        <w:pStyle w:val="ListBullet"/>
      </w:pPr>
      <w:r>
        <w:t>[Benefit 1]</w:t>
      </w:r>
    </w:p>
    <w:p>
      <w:pPr>
        <w:pStyle w:val="ListBullet"/>
      </w:pPr>
      <w:r>
        <w:t>[Benefit 2]</w:t>
      </w:r>
    </w:p>
    <w:p>
      <w:pPr>
        <w:spacing w:after="80" w:before="200"/>
      </w:pPr>
      <w:r>
        <w:rPr>
          <w:b/>
          <w:color w:val="101C33"/>
          <w:sz w:val="23"/>
        </w:rPr>
        <w:t>7. Notice period</w:t>
      </w:r>
    </w:p>
    <w:p>
      <w:pPr>
        <w:spacing w:after="120" w:before="0"/>
      </w:pPr>
      <w:r>
        <w:rPr>
          <w:b w:val="0"/>
        </w:rPr>
        <w:t>After probation, either party may end your employment by giving [one month’s] written notice, or the statutory minimum if longer (the Company must give one week for each complete year of service, up to 12 weeks). The Company may end your employment without notice for serious misconduct.</w:t>
      </w:r>
    </w:p>
    <w:p>
      <w:pPr>
        <w:spacing w:after="80" w:before="200"/>
      </w:pPr>
      <w:r>
        <w:rPr>
          <w:b/>
          <w:color w:val="101C33"/>
          <w:sz w:val="23"/>
        </w:rPr>
        <w:t>8. Conditions of this offer</w:t>
      </w:r>
    </w:p>
    <w:p>
      <w:pPr>
        <w:spacing w:after="120" w:before="0"/>
      </w:pPr>
      <w:r>
        <w:rPr>
          <w:b w:val="0"/>
        </w:rPr>
        <w:t>This offer is conditional on:</w:t>
      </w:r>
    </w:p>
    <w:p>
      <w:pPr>
        <w:pStyle w:val="ListBullet"/>
      </w:pPr>
      <w:r>
        <w:t>A satisfactory right to work check before your employment starts;</w:t>
      </w:r>
    </w:p>
    <w:p>
      <w:pPr>
        <w:pStyle w:val="ListBullet"/>
      </w:pPr>
      <w:r>
        <w:t>Two satisfactory references, one from your most recent employer.</w:t>
      </w:r>
    </w:p>
    <w:p>
      <w:pPr>
        <w:spacing w:after="120" w:before="80"/>
      </w:pPr>
      <w:r>
        <w:rPr>
          <w:b w:val="0"/>
        </w:rPr>
        <w:t>If any condition is not met, the Company may withdraw this offer.</w:t>
      </w:r>
    </w:p>
    <w:p>
      <w:pPr>
        <w:spacing w:after="80" w:before="200"/>
      </w:pPr>
      <w:r>
        <w:rPr>
          <w:b/>
          <w:color w:val="101C33"/>
          <w:sz w:val="23"/>
        </w:rPr>
        <w:t>9. Legal and statutory terms</w:t>
      </w:r>
    </w:p>
    <w:p>
      <w:pPr>
        <w:spacing w:after="120" w:before="0"/>
      </w:pPr>
      <w:r>
        <w:rPr>
          <w:b w:val="0"/>
        </w:rPr>
        <w:t>You will be enrolled into our workplace pension scheme in line with automatic enrolment rules. Required training: [details, and whether the Company pays for it].</w:t>
      </w:r>
    </w:p>
    <w:p>
      <w:pPr>
        <w:spacing w:after="120" w:before="0"/>
      </w:pPr>
      <w:r>
        <w:rPr>
          <w:b w:val="0"/>
        </w:rPr>
        <w:t>On or before your first day, you will receive a written statement of your terms of employment as required by the Employment Rights Act 1996. This letter and that statement together form your contract of employment. Details of pensions, disciplinary and grievance procedures and other policies will be given within two months of your start date.</w:t>
      </w:r>
    </w:p>
    <w:p>
      <w:pPr>
        <w:spacing w:after="80" w:before="200"/>
      </w:pPr>
      <w:r>
        <w:rPr>
          <w:b/>
          <w:color w:val="101C33"/>
          <w:sz w:val="23"/>
        </w:rPr>
        <w:t>10. Acceptance</w:t>
      </w:r>
    </w:p>
    <w:p>
      <w:pPr>
        <w:spacing w:after="120" w:before="0"/>
      </w:pPr>
      <w:r>
        <w:rPr>
          <w:b w:val="0"/>
        </w:rPr>
        <w:t>Please confirm your acceptance by signing and returning a copy of this letter by [date]. If we have not received your acceptance by then, this offer will lapse.</w:t>
      </w:r>
    </w:p>
    <w:p>
      <w:pPr>
        <w:spacing w:after="120" w:before="0"/>
      </w:pPr>
      <w:r>
        <w:rPr>
          <w:b w:val="0"/>
        </w:rPr>
        <w:t>We look forward to welcoming you to [Company name].</w:t>
      </w:r>
    </w:p>
    <w:p>
      <w:pPr>
        <w:spacing w:after="600" w:before="0"/>
      </w:pPr>
      <w:r>
        <w:rPr>
          <w:b w:val="0"/>
        </w:rPr>
        <w:t>Yours sincerely,</w:t>
      </w:r>
    </w:p>
    <w:p>
      <w:pPr>
        <w:spacing w:after="40" w:before="0"/>
      </w:pPr>
      <w:r>
        <w:rPr>
          <w:b w:val="0"/>
        </w:rPr>
        <w:t>______________________</w:t>
      </w:r>
    </w:p>
    <w:p>
      <w:pPr>
        <w:spacing w:after="0" w:before="0"/>
      </w:pPr>
      <w:r>
        <w:rPr>
          <w:b/>
        </w:rPr>
        <w:t>[Name]</w:t>
      </w:r>
    </w:p>
    <w:p>
      <w:pPr>
        <w:spacing w:after="0" w:before="0"/>
      </w:pPr>
      <w:r>
        <w:rPr>
          <w:b w:val="0"/>
        </w:rPr>
        <w:t>[Job title]</w:t>
      </w:r>
    </w:p>
    <w:p>
      <w:pPr>
        <w:spacing w:after="360" w:before="0"/>
      </w:pPr>
      <w:r>
        <w:rPr>
          <w:b w:val="0"/>
        </w:rPr>
        <w:t>[Company name]</w:t>
      </w:r>
    </w:p>
    <w:p>
      <w:pPr>
        <w:spacing w:after="120" w:before="240"/>
      </w:pPr>
      <w:r>
        <w:rPr>
          <w:b/>
        </w:rPr>
        <w:t>Acceptance of offer</w:t>
      </w:r>
    </w:p>
    <w:p>
      <w:pPr>
        <w:spacing w:after="120" w:before="0"/>
      </w:pPr>
      <w:r>
        <w:rPr>
          <w:b w:val="0"/>
        </w:rPr>
        <w:t>I, [Candidate full name], accept this offer of employment on the terms set out in this letter.</w:t>
      </w:r>
    </w:p>
    <w:p>
      <w:pPr>
        <w:spacing w:after="120" w:before="480"/>
      </w:pPr>
      <w:r>
        <w:rPr>
          <w:b w:val="0"/>
        </w:rPr>
        <w:t>Signature: ______________________          Date: ______________</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 – United Kingdom</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