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pPr>
      <w:r>
        <w:rPr>
          <w:b/>
          <w:color w:val="101C33"/>
          <w:sz w:val="32"/>
        </w:rPr>
        <w:t>[Company name]</w:t>
      </w:r>
    </w:p>
    <w:p>
      <w:pPr>
        <w:spacing w:after="40" w:before="0"/>
      </w:pPr>
      <w:r>
        <w:rPr>
          <w:b w:val="0"/>
          <w:color w:val="5B6577"/>
          <w:sz w:val="19"/>
        </w:rPr>
        <w:t>[Company address]</w:t>
      </w:r>
    </w:p>
    <w:p>
      <w:pPr>
        <w:spacing w:after="240" w:before="0"/>
        <w:pBdr>
          <w:bottom w:val="single" w:sz="8" w:space="4" w:color="101C33"/>
        </w:pBdr>
      </w:pPr>
      <w:r>
        <w:rPr>
          <w:b w:val="0"/>
        </w:rPr>
      </w:r>
    </w:p>
    <w:p>
      <w:pPr>
        <w:spacing w:after="120" w:before="0"/>
      </w:pPr>
      <w:r>
        <w:rPr>
          <w:b w:val="0"/>
        </w:rPr>
        <w:t>Ref: [reference]</w:t>
        <w:br/>
        <w:t>[Date]</w:t>
      </w:r>
    </w:p>
    <w:p>
      <w:pPr>
        <w:spacing w:after="120" w:before="0"/>
      </w:pPr>
      <w:r>
        <w:rPr>
          <w:b w:val="0"/>
        </w:rPr>
        <w:t>[Candidate full name]</w:t>
        <w:br/>
        <w:t>[Candidate address]</w:t>
      </w:r>
    </w:p>
    <w:p>
      <w:pPr>
        <w:spacing w:after="120" w:before="0"/>
      </w:pPr>
      <w:r>
        <w:rPr>
          <w:b w:val="0"/>
        </w:rPr>
        <w:t>Dear [first name],</w:t>
      </w:r>
    </w:p>
    <w:p>
      <w:pPr>
        <w:spacing w:after="120" w:before="0"/>
      </w:pPr>
      <w:r>
        <w:rPr>
          <w:b/>
        </w:rPr>
        <w:t>Offer of employment: [Job title]</w:t>
      </w:r>
    </w:p>
    <w:p>
      <w:pPr>
        <w:spacing w:after="120" w:before="0"/>
      </w:pPr>
      <w:r>
        <w:rPr>
          <w:b w:val="0"/>
        </w:rPr>
        <w:t>We are pleased to offer you the position of [Job title] in the [Department] team at [Company name], reporting to [Manager]. This letter sets out the main terms of our offer.</w:t>
      </w:r>
    </w:p>
    <w:p>
      <w:pPr>
        <w:spacing w:after="80" w:before="200"/>
      </w:pPr>
      <w:r>
        <w:rPr>
          <w:b/>
          <w:color w:val="101C33"/>
          <w:sz w:val="23"/>
        </w:rPr>
        <w:t>1. Position and start date</w:t>
      </w:r>
    </w:p>
    <w:p>
      <w:pPr>
        <w:spacing w:after="120" w:before="0"/>
      </w:pPr>
      <w:r>
        <w:rPr>
          <w:b w:val="0"/>
        </w:rPr>
        <w:t>Your employment will start on [start date]. This is a regular, [full-time / part-time] position [or: a fixed-term position ending on [end date]]. Your place of work will be [address].</w:t>
      </w:r>
    </w:p>
    <w:p>
      <w:pPr>
        <w:spacing w:after="120" w:before="0"/>
      </w:pPr>
      <w:r>
        <w:rPr>
          <w:b w:val="0"/>
        </w:rPr>
        <w:t>In this role you will [main duties].</w:t>
      </w:r>
    </w:p>
    <w:p>
      <w:pPr>
        <w:spacing w:after="80" w:before="200"/>
      </w:pPr>
      <w:r>
        <w:rPr>
          <w:b/>
          <w:color w:val="101C33"/>
          <w:sz w:val="23"/>
        </w:rPr>
        <w:t>2. Pay</w:t>
      </w:r>
    </w:p>
    <w:p>
      <w:pPr>
        <w:spacing w:after="120" w:before="0"/>
      </w:pPr>
      <w:r>
        <w:rPr>
          <w:b w:val="0"/>
        </w:rPr>
        <w:t>Your starting salary will be $[amount] a year (gross), paid [every two weeks]. This position is classified as [exempt / non-exempt] under the Fair Labor Standards Act. [Non-exempt: You will be paid overtime at one and a half times your regular rate for hours worked over 40 in a workweek.] Federal, state and local taxes and any deductions you authorize will be withheld from your pay.</w:t>
      </w:r>
    </w:p>
    <w:p>
      <w:pPr>
        <w:spacing w:after="80" w:before="200"/>
      </w:pPr>
      <w:r>
        <w:rPr>
          <w:b/>
          <w:color w:val="101C33"/>
          <w:sz w:val="23"/>
        </w:rPr>
        <w:t>3. Introductory period</w:t>
      </w:r>
    </w:p>
    <w:p>
      <w:pPr>
        <w:spacing w:after="120" w:before="0"/>
      </w:pPr>
      <w:r>
        <w:rPr>
          <w:b w:val="0"/>
        </w:rPr>
        <w:t>The first [90 days] of your employment are an introductory period in which you and your manager will review how the role is going. Completing it does not change the at-will nature of your employment.</w:t>
      </w:r>
    </w:p>
    <w:p>
      <w:pPr>
        <w:spacing w:after="80" w:before="200"/>
      </w:pPr>
      <w:r>
        <w:rPr>
          <w:b/>
          <w:color w:val="101C33"/>
          <w:sz w:val="23"/>
        </w:rPr>
        <w:t>4. Working hours</w:t>
      </w:r>
    </w:p>
    <w:p>
      <w:pPr>
        <w:spacing w:after="120" w:before="0"/>
      </w:pPr>
      <w:r>
        <w:rPr>
          <w:b w:val="0"/>
        </w:rPr>
        <w:t>Your normal working hours are [40] hours a week, [Monday to Friday, 9:00 am to 5:00 pm].</w:t>
      </w:r>
    </w:p>
    <w:p>
      <w:pPr>
        <w:spacing w:after="80" w:before="200"/>
      </w:pPr>
      <w:r>
        <w:rPr>
          <w:b/>
          <w:color w:val="101C33"/>
          <w:sz w:val="23"/>
        </w:rPr>
        <w:t>5. Paid time off</w:t>
      </w:r>
    </w:p>
    <w:p>
      <w:pPr>
        <w:spacing w:after="120" w:before="0"/>
      </w:pPr>
      <w:r>
        <w:rPr>
          <w:b w:val="0"/>
        </w:rPr>
        <w:t>You will receive [number] days of paid time off (PTO) a year, accrued and used under company policy and applicable state law. Paid sick leave is provided as required by state and local law.</w:t>
      </w:r>
    </w:p>
    <w:p>
      <w:pPr>
        <w:spacing w:after="80" w:before="200"/>
      </w:pPr>
      <w:r>
        <w:rPr>
          <w:b/>
          <w:color w:val="101C33"/>
          <w:sz w:val="23"/>
        </w:rPr>
        <w:t>6. Benefits</w:t>
      </w:r>
    </w:p>
    <w:p>
      <w:pPr>
        <w:pStyle w:val="ListBullet"/>
      </w:pPr>
      <w:r>
        <w:t>[Benefit 1]</w:t>
      </w:r>
    </w:p>
    <w:p>
      <w:pPr>
        <w:pStyle w:val="ListBullet"/>
      </w:pPr>
      <w:r>
        <w:t>[Benefit 2]</w:t>
      </w:r>
    </w:p>
    <w:p>
      <w:pPr>
        <w:spacing w:after="80" w:before="200"/>
      </w:pPr>
      <w:r>
        <w:rPr>
          <w:b/>
          <w:color w:val="101C33"/>
          <w:sz w:val="23"/>
        </w:rPr>
        <w:t>7. Resignation</w:t>
      </w:r>
    </w:p>
    <w:p>
      <w:pPr>
        <w:spacing w:after="120" w:before="0"/>
      </w:pPr>
      <w:r>
        <w:rPr>
          <w:b w:val="0"/>
        </w:rPr>
        <w:t>Although your employment is at will, we ask that you give [two weeks’] notice if you decide to resign.</w:t>
      </w:r>
    </w:p>
    <w:p>
      <w:pPr>
        <w:spacing w:after="80" w:before="200"/>
      </w:pPr>
      <w:r>
        <w:rPr>
          <w:b/>
          <w:color w:val="101C33"/>
          <w:sz w:val="23"/>
        </w:rPr>
        <w:t>8. Conditions of this offer</w:t>
      </w:r>
    </w:p>
    <w:p>
      <w:pPr>
        <w:spacing w:after="120" w:before="0"/>
      </w:pPr>
      <w:r>
        <w:rPr>
          <w:b w:val="0"/>
        </w:rPr>
        <w:t>This offer is conditional on:</w:t>
      </w:r>
    </w:p>
    <w:p>
      <w:pPr>
        <w:pStyle w:val="ListBullet"/>
      </w:pPr>
      <w:r>
        <w:t>Completing Form I-9 and providing documents that show your identity and authorization to work in the United States;</w:t>
      </w:r>
    </w:p>
    <w:p>
      <w:pPr>
        <w:pStyle w:val="ListBullet"/>
      </w:pPr>
      <w:r>
        <w:t>A satisfactory background check, carried out with your written consent;</w:t>
      </w:r>
    </w:p>
    <w:p>
      <w:pPr>
        <w:pStyle w:val="ListBullet"/>
      </w:pPr>
      <w:r>
        <w:t>Signing our confidentiality and invention assignment agreement.</w:t>
      </w:r>
    </w:p>
    <w:p>
      <w:pPr>
        <w:spacing w:after="120" w:before="80"/>
      </w:pPr>
      <w:r>
        <w:rPr>
          <w:b w:val="0"/>
        </w:rPr>
        <w:t>If any condition is not met, the Company may withdraw this offer.</w:t>
      </w:r>
    </w:p>
    <w:p>
      <w:pPr>
        <w:spacing w:after="80" w:before="200"/>
      </w:pPr>
      <w:r>
        <w:rPr>
          <w:b/>
          <w:color w:val="101C33"/>
          <w:sz w:val="23"/>
        </w:rPr>
        <w:t>9. At-will employment and work authorization</w:t>
      </w:r>
    </w:p>
    <w:p>
      <w:pPr>
        <w:spacing w:after="120" w:before="0"/>
      </w:pPr>
      <w:r>
        <w:rPr>
          <w:b w:val="0"/>
        </w:rPr>
        <w:t>Your employment with [Company name] is at will. This means that you or the Company may end the employment relationship at any time, with or without cause or advance notice. Nothing in this letter or in any Company policy creates a contract of employment for a definite period. Only a written agreement signed by you and an authorized officer of the Company can change the at-will nature of your employment. [Remove this paragraph for employees in Montana.]</w:t>
      </w:r>
    </w:p>
    <w:p>
      <w:pPr>
        <w:spacing w:after="120" w:before="0"/>
      </w:pPr>
      <w:r>
        <w:rPr>
          <w:b w:val="0"/>
        </w:rPr>
        <w:t>As required by federal law, you must complete Section 1 of Form I-9 no later than your first day of work and, within three business days of your start date, present original documents that establish your identity and authorization to work in the United States.</w:t>
      </w:r>
    </w:p>
    <w:p>
      <w:pPr>
        <w:spacing w:after="80" w:before="200"/>
      </w:pPr>
      <w:r>
        <w:rPr>
          <w:b/>
          <w:color w:val="101C33"/>
          <w:sz w:val="23"/>
        </w:rPr>
        <w:t>10. Acceptance</w:t>
      </w:r>
    </w:p>
    <w:p>
      <w:pPr>
        <w:spacing w:after="120" w:before="0"/>
      </w:pPr>
      <w:r>
        <w:rPr>
          <w:b w:val="0"/>
        </w:rPr>
        <w:t>Please confirm your acceptance by signing and returning a copy of this letter by [date]. If we have not received your acceptance by then, this offer will lapse.</w:t>
      </w:r>
    </w:p>
    <w:p>
      <w:pPr>
        <w:spacing w:after="120" w:before="0"/>
      </w:pPr>
      <w:r>
        <w:rPr>
          <w:b w:val="0"/>
        </w:rPr>
        <w:t>We look forward to welcoming you to [Company name].</w:t>
      </w:r>
    </w:p>
    <w:p>
      <w:pPr>
        <w:spacing w:after="600" w:before="0"/>
      </w:pPr>
      <w:r>
        <w:rPr>
          <w:b w:val="0"/>
        </w:rPr>
        <w:t>Yours sincerely,</w:t>
      </w:r>
    </w:p>
    <w:p>
      <w:pPr>
        <w:spacing w:after="40" w:before="0"/>
      </w:pPr>
      <w:r>
        <w:rPr>
          <w:b w:val="0"/>
        </w:rPr>
        <w:t>______________________</w:t>
      </w:r>
    </w:p>
    <w:p>
      <w:pPr>
        <w:spacing w:after="0" w:before="0"/>
      </w:pPr>
      <w:r>
        <w:rPr>
          <w:b/>
        </w:rPr>
        <w:t>[Name]</w:t>
      </w:r>
    </w:p>
    <w:p>
      <w:pPr>
        <w:spacing w:after="0" w:before="0"/>
      </w:pPr>
      <w:r>
        <w:rPr>
          <w:b w:val="0"/>
        </w:rPr>
        <w:t>[Job title]</w:t>
      </w:r>
    </w:p>
    <w:p>
      <w:pPr>
        <w:spacing w:after="360" w:before="0"/>
      </w:pPr>
      <w:r>
        <w:rPr>
          <w:b w:val="0"/>
        </w:rPr>
        <w:t>[Company name]</w:t>
      </w:r>
    </w:p>
    <w:p>
      <w:pPr>
        <w:spacing w:after="120" w:before="240"/>
      </w:pPr>
      <w:r>
        <w:rPr>
          <w:b/>
        </w:rPr>
        <w:t>Acceptance of offer</w:t>
      </w:r>
    </w:p>
    <w:p>
      <w:pPr>
        <w:spacing w:after="120" w:before="0"/>
      </w:pPr>
      <w:r>
        <w:rPr>
          <w:b w:val="0"/>
        </w:rPr>
        <w:t>I, [Candidate full name], accept this offer of employment on the terms set out in this letter.</w:t>
      </w:r>
    </w:p>
    <w:p>
      <w:pPr>
        <w:spacing w:after="120" w:before="480"/>
      </w:pPr>
      <w:r>
        <w:rPr>
          <w:b w:val="0"/>
        </w:rPr>
        <w:t>Signature: ______________________          Date: ______________</w:t>
      </w:r>
    </w:p>
    <w:sectPr w:rsidR="00FC693F" w:rsidRPr="0006063C" w:rsidSect="00034616">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Offer letter template – United States</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