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669"/>
          </w:tcPr>
          <w:p>
            <w:r>
              <w:rPr>
                <w:rFonts w:ascii="Arial" w:hAnsi="Arial"/>
                <w:b w:val="0"/>
                <w:color w:val="5B6577"/>
                <w:sz w:val="18"/>
              </w:rPr>
              <w:t>[ YOUR LOGO ]</w:t>
            </w:r>
          </w:p>
          <w:p>
            <w:pPr>
              <w:spacing w:after="40" w:before="0"/>
            </w:pPr>
            <w:r>
              <w:rPr>
                <w:rFonts w:ascii="Arial" w:hAnsi="Arial"/>
                <w:b/>
                <w:color w:val="101C33"/>
                <w:sz w:val="30"/>
              </w:rPr>
              <w:t>Your Business Name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Street address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City, postcode, country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email@yourbusiness.com · +00 000 000 000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Tax no.: ___________</w:t>
            </w:r>
          </w:p>
        </w:tc>
        <w:tc>
          <w:tcPr>
            <w:tcW w:type="dxa" w:w="4422"/>
          </w:tcPr>
          <w:p>
            <w:pPr>
              <w:jc w:val="right"/>
            </w:pPr>
            <w:r>
              <w:rPr>
                <w:rFonts w:ascii="Arial" w:hAnsi="Arial"/>
                <w:b/>
                <w:color w:val="101C33"/>
                <w:sz w:val="48"/>
              </w:rPr>
              <w:t>QUOTE</w:t>
            </w:r>
          </w:p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101C33"/>
                <w:sz w:val="19"/>
              </w:rPr>
              <w:t>Quote no.:  QT-0001</w:t>
            </w:r>
          </w:p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101C33"/>
                <w:sz w:val="19"/>
              </w:rPr>
              <w:t>Date:  ____ / ____ / ________</w:t>
            </w:r>
          </w:p>
          <w:p>
            <w:pPr>
              <w:spacing w:after="0" w:before="0"/>
              <w:jc w:val="right"/>
            </w:pPr>
            <w:r>
              <w:rPr>
                <w:rFonts w:ascii="Arial" w:hAnsi="Arial"/>
                <w:b w:val="0"/>
                <w:color w:val="101C33"/>
                <w:sz w:val="19"/>
              </w:rPr>
              <w:t>Valid until:  ____ / ____ / ________</w:t>
            </w:r>
          </w:p>
        </w:tc>
      </w:tr>
    </w:tbl>
    <w:p>
      <w:pPr>
        <w:spacing w:after="120" w:before="0"/>
        <w:pBdr>
          <w:bottom w:val="single" w:sz="12" w:color="7A1F2B"/>
        </w:pBdr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rFonts w:ascii="Arial" w:hAnsi="Arial"/>
                <w:b/>
                <w:color w:val="5B6577"/>
                <w:sz w:val="16"/>
              </w:rPr>
              <w:t>QUOTE FOR</w:t>
            </w:r>
          </w:p>
          <w:p>
            <w:pPr>
              <w:spacing w:after="0" w:before="0"/>
            </w:pPr>
            <w:r>
              <w:rPr>
                <w:rFonts w:ascii="Arial" w:hAnsi="Arial"/>
                <w:b/>
                <w:color w:val="101C33"/>
                <w:sz w:val="22"/>
              </w:rPr>
              <w:t>Client name / company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Address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City, postcode, country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Email · phone</w:t>
            </w:r>
          </w:p>
        </w:tc>
        <w:tc>
          <w:tcPr>
            <w:tcW w:type="dxa" w:w="5046"/>
          </w:tcPr>
          <w:p>
            <w:r>
              <w:rPr>
                <w:rFonts w:ascii="Arial" w:hAnsi="Arial"/>
                <w:b/>
                <w:color w:val="5B6577"/>
                <w:sz w:val="16"/>
              </w:rPr>
              <w:t>PROJECT / REFERENCE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20"/>
              </w:rPr>
              <w:t>Short description of the job</w:t>
            </w:r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CDD3DC"/>
          <w:left w:val="nil"/>
          <w:bottom w:val="single" w:sz="4" w:color="CDD3DC"/>
          <w:right w:val="nil"/>
          <w:insideH w:val="single" w:sz="4" w:color="CDD3DC"/>
          <w:insideV w:val="nil"/>
        </w:tblBorders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510"/>
            <w:shd w:val="clear" w:color="auto" w:fill="101C33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#</w:t>
            </w:r>
          </w:p>
        </w:tc>
        <w:tc>
          <w:tcPr>
            <w:tcW w:type="dxa" w:w="4082"/>
            <w:shd w:val="clear" w:color="auto" w:fill="101C33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850"/>
            <w:shd w:val="clear" w:color="auto" w:fill="101C33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Qty</w:t>
            </w:r>
          </w:p>
        </w:tc>
        <w:tc>
          <w:tcPr>
            <w:tcW w:type="dxa" w:w="1417"/>
            <w:shd w:val="clear" w:color="auto" w:fill="101C33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964"/>
            <w:shd w:val="clear" w:color="auto" w:fill="101C33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Disc. %</w:t>
            </w:r>
          </w:p>
        </w:tc>
        <w:tc>
          <w:tcPr>
            <w:tcW w:type="dxa" w:w="850"/>
            <w:shd w:val="clear" w:color="auto" w:fill="101C33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Tax %</w:t>
            </w:r>
          </w:p>
        </w:tc>
        <w:tc>
          <w:tcPr>
            <w:tcW w:type="dxa" w:w="1417"/>
            <w:shd w:val="clear" w:color="auto" w:fill="101C33"/>
          </w:tcPr>
          <w:p>
            <w:pPr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510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1</w:t>
            </w:r>
          </w:p>
        </w:tc>
        <w:tc>
          <w:tcPr>
            <w:tcW w:type="dxa" w:w="4082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  <w:tc>
          <w:tcPr>
            <w:tcW w:type="dxa" w:w="964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  <w:shd w:val="clear" w:color="auto" w:fill="F5F7FA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2</w:t>
            </w:r>
          </w:p>
        </w:tc>
        <w:tc>
          <w:tcPr>
            <w:tcW w:type="dxa" w:w="4082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964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3</w:t>
            </w:r>
          </w:p>
        </w:tc>
        <w:tc>
          <w:tcPr>
            <w:tcW w:type="dxa" w:w="4082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  <w:tc>
          <w:tcPr>
            <w:tcW w:type="dxa" w:w="964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  <w:shd w:val="clear" w:color="auto" w:fill="F5F7FA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4</w:t>
            </w:r>
          </w:p>
        </w:tc>
        <w:tc>
          <w:tcPr>
            <w:tcW w:type="dxa" w:w="4082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964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5</w:t>
            </w:r>
          </w:p>
        </w:tc>
        <w:tc>
          <w:tcPr>
            <w:tcW w:type="dxa" w:w="4082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  <w:tc>
          <w:tcPr>
            <w:tcW w:type="dxa" w:w="964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  <w:shd w:val="clear" w:color="auto" w:fill="F5F7FA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6</w:t>
            </w:r>
          </w:p>
        </w:tc>
        <w:tc>
          <w:tcPr>
            <w:tcW w:type="dxa" w:w="4082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964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7</w:t>
            </w:r>
          </w:p>
        </w:tc>
        <w:tc>
          <w:tcPr>
            <w:tcW w:type="dxa" w:w="4082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  <w:tc>
          <w:tcPr>
            <w:tcW w:type="dxa" w:w="964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  <w:shd w:val="clear" w:color="auto" w:fill="F5F7FA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8</w:t>
            </w:r>
          </w:p>
        </w:tc>
        <w:tc>
          <w:tcPr>
            <w:tcW w:type="dxa" w:w="4082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964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9</w:t>
            </w:r>
          </w:p>
        </w:tc>
        <w:tc>
          <w:tcPr>
            <w:tcW w:type="dxa" w:w="4082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  <w:tc>
          <w:tcPr>
            <w:tcW w:type="dxa" w:w="964"/>
          </w:tcPr>
          <w:p>
            <w:pPr>
              <w:spacing w:before="60" w:after="60"/>
            </w:pPr>
          </w:p>
        </w:tc>
        <w:tc>
          <w:tcPr>
            <w:tcW w:type="dxa" w:w="850"/>
          </w:tcPr>
          <w:p>
            <w:pPr>
              <w:spacing w:before="60" w:after="60"/>
            </w:pPr>
          </w:p>
        </w:tc>
        <w:tc>
          <w:tcPr>
            <w:tcW w:type="dxa" w:w="1417"/>
          </w:tcPr>
          <w:p>
            <w:pPr>
              <w:spacing w:before="60" w:after="60"/>
            </w:pPr>
          </w:p>
        </w:tc>
      </w:tr>
      <w:tr>
        <w:tc>
          <w:tcPr>
            <w:tcW w:type="dxa" w:w="510"/>
            <w:shd w:val="clear" w:color="auto" w:fill="F5F7FA"/>
          </w:tcPr>
          <w:p>
            <w:pPr>
              <w:spacing w:before="60" w:after="60"/>
            </w:pPr>
            <w:r>
              <w:rPr>
                <w:rFonts w:ascii="Arial" w:hAnsi="Arial"/>
                <w:b w:val="0"/>
                <w:color w:val="5B6577"/>
                <w:sz w:val="18"/>
              </w:rPr>
              <w:t>10</w:t>
            </w:r>
          </w:p>
        </w:tc>
        <w:tc>
          <w:tcPr>
            <w:tcW w:type="dxa" w:w="4082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964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850"/>
            <w:shd w:val="clear" w:color="auto" w:fill="F5F7FA"/>
          </w:tcPr>
          <w:p>
            <w:pPr>
              <w:spacing w:before="60" w:after="60"/>
            </w:pPr>
          </w:p>
        </w:tc>
        <w:tc>
          <w:tcPr>
            <w:tcW w:type="dxa" w:w="1417"/>
            <w:shd w:val="clear" w:color="auto" w:fill="F5F7FA"/>
          </w:tcPr>
          <w:p>
            <w:pPr>
              <w:spacing w:before="60" w:after="60"/>
            </w:pPr>
          </w:p>
        </w:tc>
      </w:tr>
    </w:tbl>
    <w:p>
      <w:pPr>
        <w:spacing w:after="8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556"/>
          </w:tcPr>
          <w:p>
            <w:r>
              <w:rPr>
                <w:rFonts w:ascii="Arial" w:hAnsi="Arial"/>
                <w:b/>
                <w:color w:val="5B6577"/>
                <w:sz w:val="16"/>
              </w:rPr>
              <w:t>NOTES</w:t>
            </w:r>
          </w:p>
          <w:p>
            <w:pPr>
              <w:spacing w:after="12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What is included, delivery time, assumptions.</w:t>
            </w:r>
          </w:p>
          <w:p>
            <w:pPr>
              <w:spacing w:after="0" w:before="0"/>
            </w:pPr>
            <w:r>
              <w:rPr>
                <w:rFonts w:ascii="Arial" w:hAnsi="Arial"/>
                <w:b/>
                <w:color w:val="5B6577"/>
                <w:sz w:val="16"/>
              </w:rPr>
              <w:t>TERMS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101C33"/>
                <w:sz w:val="19"/>
              </w:rPr>
              <w:t>Prices valid until the date above. 50% advance on acceptance, balance on delivery.</w:t>
            </w:r>
          </w:p>
        </w:tc>
        <w:tc>
          <w:tcPr>
            <w:tcW w:type="dxa" w:w="4535"/>
          </w:tcPr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3DC"/>
                <w:left w:val="nil"/>
                <w:bottom w:val="single" w:sz="4" w:color="CDD3DC"/>
                <w:right w:val="nil"/>
                <w:insideH w:val="single" w:sz="4" w:color="CDD3DC"/>
                <w:insideV w:val="nil"/>
              </w:tblBorders>
            </w:tblPr>
            <w:tblGrid>
              <w:gridCol w:w="2267"/>
              <w:gridCol w:w="2267"/>
            </w:tblGrid>
            <w:tr>
              <w:tc>
                <w:tcPr>
                  <w:tcW w:type="dxa" w:w="2267"/>
                </w:tcPr>
                <w:p>
                  <w:r>
                    <w:rPr>
                      <w:rFonts w:ascii="Arial" w:hAnsi="Arial"/>
                      <w:b w:val="0"/>
                      <w:color w:val="101C33"/>
                      <w:sz w:val="19"/>
                    </w:rPr>
                    <w:t>Subtotal</w:t>
                  </w:r>
                </w:p>
              </w:tc>
              <w:tc>
                <w:tcPr>
                  <w:tcW w:type="dxa" w:w="2267"/>
                </w:tcPr>
                <w:p>
                  <w:pPr>
                    <w:jc w:val="right"/>
                  </w:pPr>
                  <w:r>
                    <w:rPr>
                      <w:rFonts w:ascii="Arial" w:hAnsi="Arial"/>
                      <w:b w:val="0"/>
                      <w:color w:val="101C33"/>
                      <w:sz w:val="20"/>
                    </w:rPr>
                  </w:r>
                </w:p>
              </w:tc>
            </w:tr>
            <w:tr>
              <w:tc>
                <w:tcPr>
                  <w:tcW w:type="dxa" w:w="2267"/>
                </w:tcPr>
                <w:p>
                  <w:r>
                    <w:rPr>
                      <w:rFonts w:ascii="Arial" w:hAnsi="Arial"/>
                      <w:b w:val="0"/>
                      <w:color w:val="101C33"/>
                      <w:sz w:val="19"/>
                    </w:rPr>
                    <w:t>Discount</w:t>
                  </w:r>
                </w:p>
              </w:tc>
              <w:tc>
                <w:tcPr>
                  <w:tcW w:type="dxa" w:w="2267"/>
                </w:tcPr>
                <w:p>
                  <w:pPr>
                    <w:jc w:val="right"/>
                  </w:pPr>
                  <w:r>
                    <w:rPr>
                      <w:rFonts w:ascii="Arial" w:hAnsi="Arial"/>
                      <w:b w:val="0"/>
                      <w:color w:val="101C33"/>
                      <w:sz w:val="20"/>
                    </w:rPr>
                  </w:r>
                </w:p>
              </w:tc>
            </w:tr>
            <w:tr>
              <w:tc>
                <w:tcPr>
                  <w:tcW w:type="dxa" w:w="2267"/>
                </w:tcPr>
                <w:p>
                  <w:r>
                    <w:rPr>
                      <w:rFonts w:ascii="Arial" w:hAnsi="Arial"/>
                      <w:b w:val="0"/>
                      <w:color w:val="101C33"/>
                      <w:sz w:val="19"/>
                    </w:rPr>
                    <w:t>Tax</w:t>
                  </w:r>
                </w:p>
              </w:tc>
              <w:tc>
                <w:tcPr>
                  <w:tcW w:type="dxa" w:w="2267"/>
                </w:tcPr>
                <w:p>
                  <w:pPr>
                    <w:jc w:val="right"/>
                  </w:pPr>
                  <w:r>
                    <w:rPr>
                      <w:rFonts w:ascii="Arial" w:hAnsi="Arial"/>
                      <w:b w:val="0"/>
                      <w:color w:val="101C33"/>
                      <w:sz w:val="20"/>
                    </w:rPr>
                  </w:r>
                </w:p>
              </w:tc>
            </w:tr>
            <w:tr>
              <w:tc>
                <w:tcPr>
                  <w:tcW w:type="dxa" w:w="2267"/>
                  <w:shd w:val="clear" w:color="auto" w:fill="101C33"/>
                </w:tcPr>
                <w:p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TOTAL</w:t>
                  </w:r>
                </w:p>
              </w:tc>
              <w:tc>
                <w:tcPr>
                  <w:tcW w:type="dxa" w:w="2267"/>
                  <w:shd w:val="clear" w:color="auto" w:fill="101C33"/>
                </w:tcPr>
                <w:p>
                  <w:pPr>
                    <w:jc w:val="right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</w:r>
                </w:p>
              </w:tc>
            </w:tr>
          </w:tbl>
          <w:p/>
        </w:tc>
      </w:tr>
    </w:tbl>
    <w:p>
      <w:pPr>
        <w:spacing w:after="280" w:before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/>
          <w:p>
            <w:pPr>
              <w:spacing w:after="440" w:before="0"/>
            </w:pP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5B6577"/>
                <w:sz w:val="19"/>
              </w:rPr>
              <w:t>______________________________________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5B6577"/>
                <w:sz w:val="17"/>
              </w:rPr>
              <w:t>Accepted by the client (name, signature, date)</w:t>
            </w:r>
          </w:p>
        </w:tc>
        <w:tc>
          <w:tcPr>
            <w:tcW w:type="dxa" w:w="5046"/>
          </w:tcPr>
          <w:p/>
          <w:p>
            <w:pPr>
              <w:spacing w:after="440" w:before="0"/>
            </w:pP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5B6577"/>
                <w:sz w:val="19"/>
              </w:rPr>
              <w:t>______________________________________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color w:val="5B6577"/>
                <w:sz w:val="17"/>
              </w:rPr>
              <w:t>For Your Business Name (authorised signatory)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5B6577"/>
        <w:sz w:val="15"/>
      </w:rPr>
      <w:t>Free quote template from aistaffo.com · make it online at aistaffo.com/tools/quote-maker/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subject/>
  <dc:creator>aistaffo.com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